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招办安全专项服务招标公告</w:t>
      </w:r>
    </w:p>
    <w:p>
      <w:r>
        <w:rPr>
          <w:sz w:val="18"/>
        </w:rPr>
        <w:t>整理归属  深圳市招生考试办公室</w:t>
      </w:r>
    </w:p>
    <w:p>
      <w:r>
        <w:rPr>
          <w:sz w:val="18"/>
        </w:rPr>
        <w:t>发布日期  2026-07-07</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https://szeb.sz.gov.cn/szzkw/qtxx/content/post_12881716.html</w:t>
        </w:r>
      </w:hyperlink>
    </w:p>
    <w:p/>
    <w:p>
      <w:r>
        <w:t>项目概况</w:t>
      </w:r>
    </w:p>
    <w:p>
      <w:r>
        <w:t>(招办安全专项服务)招标项目的潜在投标人应在雷达咨询（深圳）有限公司（以下简称“采购代理机构”）获取招标文件，并于  2026年07月20日10点00分（北京时间）前递交投标文件。</w:t>
      </w:r>
    </w:p>
    <w:p>
      <w:r>
        <w:t>一、项目基本情况</w:t>
      </w:r>
    </w:p>
    <w:p>
      <w:r>
        <w:t>项目编号：LDZX26-LHG60030</w:t>
      </w:r>
    </w:p>
    <w:p>
      <w:r>
        <w:t>项目名称：招办安全专项服务</w:t>
      </w:r>
    </w:p>
    <w:p>
      <w:r>
        <w:t>预算金额：人民币83.2万元整</w:t>
      </w:r>
    </w:p>
    <w:p>
      <w:r>
        <w:t>采购需求：详见《招标文件》</w:t>
      </w:r>
    </w:p>
    <w:p>
      <w:r>
        <w:t>合同履行期限：详见《招标文件》</w:t>
      </w:r>
    </w:p>
    <w:p>
      <w:r>
        <w:t>二、申请人的资格要求</w:t>
      </w:r>
    </w:p>
    <w:p>
      <w:r>
        <w:t>1.满足《中华人民共和国政府采购法》第二十二条规定（由投标人在投标文件中签署《政府采购投标及履约承诺函》）。</w:t>
      </w:r>
    </w:p>
    <w:p>
      <w:r>
        <w:t>2.落实政府采购政策需满足的资格要求：本项目不属于专门面向中小微企业采购的项目。</w:t>
      </w:r>
    </w:p>
    <w:p>
      <w:r>
        <w:t>3.本项目的特定资格要求：</w:t>
      </w:r>
    </w:p>
    <w:p>
      <w:r>
        <w:t>（1）投标人具有独立法人资格或是具有独立承担民事责任能力的其他组织；（提供营业执照（或事业单位法人证书）或其它具有独立承担民事责任能力的登记证明资料扫描件，如投标人为自然人的提供自然人身份证明扫描件；如国家另有规定的，则从其规定）；</w:t>
      </w:r>
    </w:p>
    <w:p>
      <w:r>
        <w:t>（2）参加投标的供应商未被列入记录失信被执行人或重大税收违法失信主体或政府采购严重违法失信行为记录名单；不处于“政府采购严重违法失信行为信息记录”中的禁止参加政府采购活动期间；（以采购人或采购代理机构于投标截止日在“信用中国”网站、“中国政府采购网”、“深圳信用网”、“深圳市政府采购监管网”等信用渠道上的查询结果为准，如相关失信记录已失效，供应商需提供相关证明资料）；</w:t>
      </w:r>
    </w:p>
    <w:p>
      <w:r>
        <w:t>（3）参与本项目政府采购活动时不存在被有关部门禁止参与政府采购活动且在有效期内的情况；（由投标人在投标文件中签署《政府采购投标及履约承诺函》）；</w:t>
      </w:r>
    </w:p>
    <w:p>
      <w:r>
        <w:t>（4）参与本项目政府采购活动时不存在《深圳市财政局政府采购供应商信用信息管理办法》（深财规〔2023〕3号）列明的严重违法失信行为；（由投标人在投标文件中签署《政府采购投标及履约承诺函》）；</w:t>
      </w:r>
    </w:p>
    <w:p>
      <w:r>
        <w:t>（5）为采购项目提供整体设计、规范编制或者项目管理、监理、检测等服务的供应商，不得再参加该采购项目的其他采购活动；（由投标人在投标文件中签署《政府采购投标及履约承诺函》）；</w:t>
      </w:r>
    </w:p>
    <w:p>
      <w:r>
        <w:t>（6）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投标人在投标文件中签署《政府采购投标及履约承诺函》及提供《供应商基本情况表》）；</w:t>
      </w:r>
    </w:p>
    <w:p>
      <w:r>
        <w:t>（7）投标人投标文件中必须签署《政府采购投标及履约承诺函》；</w:t>
      </w:r>
    </w:p>
    <w:p>
      <w:r>
        <w:t>（8）本项目不接受联合体投标，不允许转包、分包。</w:t>
      </w:r>
    </w:p>
    <w:p>
      <w:r>
        <w:t>三、获取招标文件</w:t>
      </w:r>
    </w:p>
    <w:p>
      <w:r>
        <w:t>1、时间： 2026年07月08日至2026年07月14日，每天9:00至12:00，14:00至17:30（北京时间，法定节假日除外）</w:t>
      </w:r>
    </w:p>
    <w:p>
      <w:r>
        <w:t>2、地点：深圳市龙华区大浪街道浪花路8号名牌时尚创意广场1210</w:t>
      </w:r>
    </w:p>
    <w:p>
      <w:r>
        <w:t>3、方式：现场购买或国内银行汇款邮购。</w:t>
      </w:r>
    </w:p>
    <w:p>
      <w:r>
        <w:t>（1）现场购买：供应商代表携法定代表人证明书、授权委托书、经办人身份证复印件及“二、申请人的资格要求”中所列相关材料。</w:t>
      </w:r>
    </w:p>
    <w:p>
      <w:r>
        <w:t>（2）邮购：供应商将《投标报名登记表》、汇款凭证及“现场购买”中所列资料，发送邮件至招标代理机构邮箱。</w:t>
      </w:r>
    </w:p>
    <w:p>
      <w:r>
        <w:t>（3）依据《中华人民共和国政府采购法实施条例》第十八条第一款规定，单位负责人为同一人或者存在直接控股、管理关系的不同供应商，不得参加同一合同项下的政府采购活动。</w:t>
      </w:r>
    </w:p>
    <w:p>
      <w:r>
        <w:t>（4）投标人必须是具有独立承担民事责任能力的独立法人，或者是经总公司出具愿为其参与本项目投标以及履约行为承担民事责任承诺书的分支机构（同一家总公司只能授权一家分支机构参与投标，且总公司不能与下属的分支机构同时参与投标）（如为总公司投标，则提供总公司《营业执照》复印件并加盖投标人公章；如为分支机构投标，则提供分支机构《营业执照》复印件并加盖投标人公章和《承诺书》复印件加盖总公司公章，原件备查）。</w:t>
      </w:r>
    </w:p>
    <w:p>
      <w:r>
        <w:t>（5）代理机构开户行及相关信息：</w:t>
      </w:r>
    </w:p>
    <w:p>
      <w:r>
        <w:t>开户银行：中国民生银行股份有限公司深圳前海分行</w:t>
      </w:r>
    </w:p>
    <w:p>
      <w:r>
        <w:t>开户名称：雷达咨询（深圳）有限公司</w:t>
      </w:r>
    </w:p>
    <w:p>
      <w:r>
        <w:t>银行账号：699803680</w:t>
      </w:r>
    </w:p>
    <w:p>
      <w:r>
        <w:t>4、 售价：人民币600元，招标文件售后不退。</w:t>
      </w:r>
    </w:p>
    <w:p>
      <w:r>
        <w:t>四、提交投标文件截止时间、开标时间和地点：</w:t>
      </w:r>
    </w:p>
    <w:p>
      <w:r>
        <w:t>（1）投标文件递交截止时间及开标时间： 2026年07月20日10点00分（北京时间）</w:t>
      </w:r>
    </w:p>
    <w:p>
      <w:r>
        <w:t>（2）地点：深圳市龙华区大浪街道浪花路8号名牌时尚创意广场1210</w:t>
      </w:r>
    </w:p>
    <w:p>
      <w:r>
        <w:t>备注：投标人可以通过快递方式在投标截止时间前将《投标文件》送达代理机构，快递单上应清晰写明投标人名称、项目编号和项目名称，递交时间为送达代理机构并由工作人员签收的时间；投标人未参加现场开标的，视同认可开标结果。</w:t>
      </w:r>
    </w:p>
    <w:p>
      <w:r>
        <w:t>五、公告期限</w:t>
      </w:r>
    </w:p>
    <w:p>
      <w:r>
        <w:t>自本公告发布之日起5个工作日。</w:t>
      </w:r>
    </w:p>
    <w:p>
      <w:r>
        <w:t>六、其他补充事宜</w:t>
      </w:r>
    </w:p>
    <w:p>
      <w:r>
        <w:t>1、本项目为网下采购项目，招标文件无法网上公开，各供应商若需要查看招标文件，可到招标代理现场查看。</w:t>
      </w:r>
    </w:p>
    <w:p>
      <w:r>
        <w:t>2、凡购买《招标文件》后决定不参加投标的投标人，请在开标前3日以书面形式通知招标代理。</w:t>
      </w:r>
    </w:p>
    <w:p>
      <w:r>
        <w:t>3、本项目相关公告在以下媒体发布：深圳市招生考试办公室官方网站、招标代理机构网站</w:t>
      </w:r>
    </w:p>
    <w:p>
      <w:r>
        <w:t>4、投标人有义务在招标活动期间浏览上述网站，采购人在以上网站上公布的与本次招标项目有关的信息视为已送达各投标人。采购人及采购代理机构不再电话通知各投标人。</w:t>
      </w:r>
    </w:p>
    <w:p>
      <w:r>
        <w:t>七、对本次招标提出询问，请按以下方式联系</w:t>
      </w:r>
    </w:p>
    <w:p>
      <w:r>
        <w:t>（1）采购人信息：</w:t>
      </w:r>
    </w:p>
    <w:p>
      <w:r>
        <w:t>名　  称： 深圳市招生考试办公室</w:t>
      </w:r>
    </w:p>
    <w:p>
      <w:r>
        <w:t>地  　址： 深圳市罗湖区泥岗西路1068号</w:t>
      </w:r>
    </w:p>
    <w:p>
      <w:r>
        <w:t>联系方式： 刘老师 0755-25114365</w:t>
      </w:r>
    </w:p>
    <w:p>
      <w:r>
        <w:t>（2）采购代理机构信息：</w:t>
      </w:r>
    </w:p>
    <w:p>
      <w:r>
        <w:t>名　  称： 雷达咨询（深圳）有限公司</w:t>
      </w:r>
    </w:p>
    <w:p>
      <w:r>
        <w:t>地　  址： 深圳市龙华区大浪街道浪花路8号名牌时尚创意广场1210</w:t>
      </w:r>
    </w:p>
    <w:p>
      <w:r>
        <w:t>联系方式： 0755-27444441</w:t>
      </w:r>
    </w:p>
    <w:p>
      <w:r>
        <w:t>（3）项目联系方式：</w:t>
      </w:r>
    </w:p>
    <w:p>
      <w:r>
        <w:t>项目联系人：  田工</w:t>
      </w:r>
    </w:p>
    <w:p>
      <w:r>
        <w:t>电　    话： 0755-27444441</w:t>
      </w:r>
    </w:p>
    <w:p>
      <w:r>
        <w:t>深圳市招生考试办公室</w:t>
      </w:r>
    </w:p>
    <w:p>
      <w:r>
        <w:t>2026年07月07日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1288171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