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2025年9月（第76次）全国计算机等级考试（NCRE）广东考区报考简章</w:t>
      </w:r>
    </w:p>
    <w:p>
      <w:r>
        <w:rPr>
          <w:sz w:val="18"/>
        </w:rPr>
        <w:t>整理归属  广东省教育考试院</w:t>
      </w:r>
    </w:p>
    <w:p>
      <w:r>
        <w:rPr>
          <w:sz w:val="18"/>
        </w:rPr>
        <w:t>发布日期  2025-06-23</w:t>
      </w:r>
    </w:p>
    <w:p>
      <w:r>
        <w:rPr>
          <w:sz w:val="18"/>
        </w:rPr>
        <w:t>来源  广东省教育考试院</w:t>
      </w:r>
    </w:p>
    <w:p>
      <w:r>
        <w:rPr>
          <w:sz w:val="18"/>
        </w:rPr>
        <w:t>栏目  报考指南</w:t>
      </w:r>
    </w:p>
    <w:p>
      <w:r>
        <w:rPr>
          <w:sz w:val="18"/>
        </w:rPr>
        <w:t>存档日期  2026-10-27</w:t>
      </w:r>
    </w:p>
    <w:p>
      <w:r>
        <w:t xml:space="preserve">原文链接  </w:t>
      </w:r>
      <w:hyperlink r:id="rId10">
        <w:r>
          <w:rPr>
            <w:color w:val="18548A"/>
          </w:rPr>
          <w:t>https://eea.gd.gov.cn/bmbk/bkzn/content/post_4732530.html</w:t>
        </w:r>
      </w:hyperlink>
    </w:p>
    <w:p>
      <w:r>
        <w:t xml:space="preserve">同文来源  </w:t>
      </w:r>
      <w:hyperlink r:id="rId11">
        <w:r>
          <w:rPr>
            <w:color w:val="18548A"/>
          </w:rPr>
          <w:t>https://eea.gd.gov.cn/shks/content/post_4732498.html</w:t>
        </w:r>
      </w:hyperlink>
    </w:p>
    <w:p/>
    <w:p>
      <w:r>
        <w:t>全国计算机等级考试（National Computer Rank Examination，简称NCRE）是由教育部教育考试院主办，面向社会，用于考查应试人员计算机应用知识和能力的全国性计算机水平考试体系。</w:t>
      </w:r>
    </w:p>
    <w:p>
      <w:r>
        <w:t>一、考试时间及开考科目</w:t>
      </w:r>
    </w:p>
    <w:p>
      <w:r>
        <w:t>（一）考试时间</w:t>
      </w:r>
    </w:p>
    <w:p>
      <w:r>
        <w:t>2025年9月（第76次）NCRE考试时间为9月20日至22日，每天8：00-19：00分批进行，考生参加考试具体时间以准考证上的时间为准。</w:t>
      </w:r>
    </w:p>
    <w:p>
      <w:r>
        <w:t>（二）开考科目</w:t>
      </w:r>
    </w:p>
    <w:p>
      <w:r>
        <w:t>从本次考试起，新增一级人工智能与大模型基础（科目代码：18）和二级CAD 设计与综合应用（科目代码：69）。</w:t>
      </w:r>
    </w:p>
    <w:p>
      <w:r>
        <w:t>开考科目、考试大纲及教程目录见附件1。</w:t>
      </w:r>
    </w:p>
    <w:p>
      <w:r>
        <w:t>二、报考事宜</w:t>
      </w:r>
    </w:p>
    <w:p>
      <w:r>
        <w:t>（一）报考条件</w:t>
      </w:r>
    </w:p>
    <w:p>
      <w:r>
        <w:t>报名者不受年龄、职业、学历等背景的限制，均可根据自己学习情况和实际能力选考相应的级别和科目。同次考试同一考生只能在1个省级承办机构的1个考点报名，最多可报3个科目。</w:t>
      </w:r>
    </w:p>
    <w:p>
      <w:r>
        <w:t>考生报名时须填写有效身份证件号码，有效身份证件指包括居民身份证（含临时身份证）、港澳居民来往内地通行证、台湾居民来往大陆通行证、港澳台居民居住证、护照。</w:t>
      </w:r>
    </w:p>
    <w:p>
      <w:r>
        <w:t>（二）报名方式及时间</w:t>
      </w:r>
    </w:p>
    <w:p>
      <w:r>
        <w:t>NCRE实行网上报名，报名时间为：2025年6月26日10:00至2025年7月3日16:00。</w:t>
      </w:r>
    </w:p>
    <w:p>
      <w:r>
        <w:t>（三）报考费用</w:t>
      </w:r>
    </w:p>
    <w:p>
      <w:r>
        <w:t>根据广东省发展改革委、广东省财政厅《关于规范全省教育部门教育考试行政事业性收费及有关问题的通知》（粤发改价格〔2022〕442号），NCRE一级至四级的报考费为137元，报考费实行网上缴交。</w:t>
      </w:r>
    </w:p>
    <w:p>
      <w:r>
        <w:t>（四）考生报名流程</w:t>
      </w:r>
    </w:p>
    <w:p>
      <w:r>
        <w:t>考生登录全国计算机等级考试报名系统（https://ncre-bm.neea.cn或https://ncre-bm.neea.edu.cn），选择相应的考点进行网上报名、缴费，具体报名流程见附件2。</w:t>
      </w:r>
    </w:p>
    <w:p>
      <w:r>
        <w:t>（五）考生入场</w:t>
      </w:r>
    </w:p>
    <w:p>
      <w:r>
        <w:t>考生入场将采用人脸识别身份验证，考试当天请考生根据考点指引，有序进行。</w:t>
      </w:r>
    </w:p>
    <w:p>
      <w:r>
        <w:t>（六）考生同时参加两项考试</w:t>
      </w:r>
    </w:p>
    <w:p>
      <w:r>
        <w:t>同时参加NCRE 和全国英语等级考试（PETS）的考生，可凭两个考试的准考证（两个考试时间相同）在NCRE 报考考点参加NCRE 其他场次的考试，具体考试时间由考点安排。请有关考生务必在9月20日前联系NCRE报考考点确定具体考试时间。</w:t>
      </w:r>
    </w:p>
    <w:p>
      <w:r>
        <w:t>三、成绩与证书</w:t>
      </w:r>
    </w:p>
    <w:p>
      <w:r>
        <w:t>（一）成绩</w:t>
      </w:r>
    </w:p>
    <w:p>
      <w:r>
        <w:t>NCRE考试成绩由教育部教育考试院统一组织评定，并以等第形式公布，分为优秀、良好、及格、不及格四等：90-100分为优秀、80-89分为良好、60-79分为及格、0-59分为不及格。成绩查询方式：</w:t>
      </w:r>
    </w:p>
    <w:p>
      <w:r>
        <w:t>1.登录中国教育考试网（http://www.neea.edu.cn/）查询。</w:t>
      </w:r>
    </w:p>
    <w:p>
      <w:r>
        <w:t>2.关注广东省教育考试院官方微信号gdsksy查询。</w:t>
      </w:r>
    </w:p>
    <w:p>
      <w:r>
        <w:t>3.通过微信搜索进入“广东招考在线”小程序，点击“成绩查询”，选择考生对应的考试类别，按提示查询。</w:t>
      </w:r>
    </w:p>
    <w:p>
      <w:r>
        <w:t>（二）证书</w:t>
      </w:r>
    </w:p>
    <w:p>
      <w:r>
        <w:t>教育部教育考试院统一设计、印制、颁发《全国计算机等级考试合格证书》。考试成绩优秀者，在合格证书上注明“优秀”字样；考试成绩良好者，在合格证书上注明“良好”字样；考试成绩及格者，在合格证书上注明“合格”字样。合格证书全国通用，其真实性、有效性可向教育部教育考试院查询。</w:t>
      </w:r>
    </w:p>
    <w:p>
      <w:r>
        <w:t>所有符合取证条件的考生都将获得电子证书，考生可登录中国教育考试网（http://www.neea.edu.cn/）查询下载。</w:t>
      </w:r>
    </w:p>
    <w:p>
      <w:r>
        <w:t>考生如对考试成绩有疑问，可在考试成绩公布后5个工作日内，向所在考点提出书面申请，逾期不予受理。成绩复查申请由地市招生考试部门汇总后报省教育考试院，复查结果由考点通知考生。</w:t>
      </w:r>
    </w:p>
    <w:p>
      <w:r>
        <w:t>根据教育部教育考试院有关规定，需补办合格证明书可登录中国教育考试网（http://www.neea.edu.cn/），按有关指引进行补办申请。补办的合格证明书由教育部教育考试院直接寄给申请人。</w:t>
      </w:r>
    </w:p>
    <w:p>
      <w:r>
        <w:t>附件：1.全国计算机等级考试体系</w:t>
      </w:r>
    </w:p>
    <w:p>
      <w:r>
        <w:t>2.考生报名流程</w:t>
      </w:r>
    </w:p>
    <w:p>
      <w:r>
        <w:t>3.全国计算机等级考试报名常见问题及解答</w:t>
      </w:r>
    </w:p>
    <w:p>
      <w:r>
        <w:t>4.2025年9月广东省全国计算机等级考试考点名单</w:t>
      </w:r>
    </w:p>
    <w:p>
      <w:r>
        <w:t>广东省教育考试院</w:t>
      </w:r>
    </w:p>
    <w:p>
      <w:r>
        <w:t>2025年6月23日</w:t>
      </w:r>
    </w:p>
    <w:p>
      <w:r>
        <w:t>附件1</w:t>
      </w:r>
    </w:p>
    <w:p>
      <w:r>
        <w:t>全国计算机等级考试体系</w:t>
      </w:r>
    </w:p>
    <w:p>
      <w:r>
        <w:t>表1 全国计算机等级考试考试大纲（2025年版）</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级别</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大纲名称</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一级</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一级计算机基础及WPS Office应用考试大纲（2025年版）</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一级计算机基础及MS Office应用考试大纲（2025年版）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一级计算机基础及Photoshop应用考试大纲（2025年版）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一级网络安全素质教育考试大纲（2025年版）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一级人工智能与大模型基础考试大纲（2025年版）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二级</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二级公共基础知识考试大纲（2025年版）</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二级C语言程序设计考试大纲（2025年版）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二级Java语言程序设计考试大纲（2025年版）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二级Access数据库程序设计考试大纲（2025年版）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二级C++语言程序设计考试大纲（2025年版）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二级MySQL数据库程序设计考试大纲（2025年版）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二级Web程序设计考试大纲（2025年版）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二级MS Office高级应用与设计考试大纲（2025年版）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二级Python语言程序设计考试大纲（2025年版）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二级WPS Office高级应用与设计考试大纲（2025年版）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二级openGauss数据库程序设计考试大纲（2025年版）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二级CAD 设计与综合应用考试大纲（2025年版）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三级</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三级网络技术考试大纲（2025年版）</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三级数据库技术考试大纲（2025年版）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三级信息安全技术考试大纲（2025年版）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三级嵌入式系统开发技术考试大纲（2025年版）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三级Linux应用与开发技术考试大纲（2025年版）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四级</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四级操作系统原理考试大纲（2025年版）</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四级计算机组成与接口考试大纲（2025年版）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四级计算机网络考试大纲（2025年版）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注：考试大纲可登录中国教育考试网（http://www.neea.edu.cn/）查询下载</w:t>
      </w:r>
    </w:p>
    <w:p>
      <w:r>
        <w:t>表2 全国计算机等级考试教材目录</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课程代码</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教材名称</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全国计算机等级考试一级教程——计算机基础及WPS Office应用</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全国计算机等级考试一级教程——计算机基础及MS Office应用</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全国计算机等级考试一级教程——计算机基础及MS Office应用上机指导</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全国计算机等级考试一级教程——计算机基础及Photoshop应用</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全国计算机等级考试一级教程——网络安全素质教育</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118</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全国计算机等级考试一级教程——人工智能与大模型基础</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全国计算机等级考试二级教程——公共基础知识</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224</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全国计算机等级考试二级教程——C语言程序设计</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228</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全国计算机等级考试二级教程——Java语言程序设计</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229</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全国计算机等级考试二级教程——Access数据库程序设计</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全国计算机等级考试二级教程——C++语言程序设计</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全国计算机等级考试二级教程——MySQL数据库程序设计</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264</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全国计算机等级考试二级教程——Web程序设计</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265</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全国计算机等级考试二级教程——MS Office高级应用与设计</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全国计算机等级考试二级教程——MS Office高级应用与设计上机指导</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全国计算机等级考试二级教程——Python语言程序设计</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全国计算机等级考试二级教程——WPS Office高级应用与设计</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全国计算机等级考试二级教程——WPS Office高级应用与设计上机指导</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268</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全国计算机等级考试二级教程——openGause数据库程序设计</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269</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全国计算机等级考试二级教程——CAD 设计与综合应用</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335</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全国计算机等级考试三级教程——网络技术</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全国计算机等级考试三级教程——数据库技术</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338</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全国计算机等级考试三级教程——信息安全技术</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339</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全国计算机等级考试三级教程——嵌入式系统开发技术</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25</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全国计算机等级考试四级教程——操作系统原理</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402</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全国计算机等级考试四级教程——计算机组成与接口</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全国计算机等级考试四级教程——计算机网络</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404</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全国计算机等级考试四级教程——数据库原理</w:t>
            </w:r>
          </w:p>
        </w:tc>
      </w:tr>
    </w:tbl>
    <w:p/>
    <w:p>
      <w:r>
        <w:t>注：以上教材全部由高等教育出版社出版</w:t>
      </w:r>
    </w:p>
    <w:p>
      <w:r>
        <w:t>表3 全国计算机等级考试级别科目设置及证书体系（2025年版）</w:t>
      </w:r>
    </w:p>
    <w:tbl>
      <w:tblPr>
        <w:tblW w:type="auto" w:w="0"/>
        <w:jc w:val="center"/>
        <w:tblLayout w:type="fixed"/>
        <w:tblLook w:firstColumn="1" w:firstRow="1" w:lastColumn="0" w:lastRow="0" w:noHBand="0" w:noVBand="1" w:val="04A0"/>
      </w:tblPr>
      <w:tblGrid>
        <w:gridCol w:w="1680"/>
        <w:gridCol w:w="1680"/>
        <w:gridCol w:w="1680"/>
        <w:gridCol w:w="1680"/>
        <w:gridCol w:w="1680"/>
        <w:gridCol w:w="1680"/>
      </w:tblGrid>
      <w:tr>
        <w:trPr>
          <w:tblHeader/>
        </w:trPr>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级别</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科目名称</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科目代码</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考试时长</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考核课程代码</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获证条件</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计算机基础及WPS Office应用</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科目14考试合格</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计算机基础及MS Office应用</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科目15考试合格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计算机基础及Photoshop应用</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116</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科目16考试合格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网络安全素质教育</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科目17考试合格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人工智能与大模型基础</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118</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科目18考试合格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C语言程序设计</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201、224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科目24考试合格</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Java语言程序设计</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201、228</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科目28考试合格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Access数据库程序设计</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29</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201、229</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科目29考试合格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C++语言程序设计</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201、261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科目61考试合格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MySQL数据库程序设计</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201、263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科目63考试合格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Web程序设计</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201、264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科目64考试合格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MS Office高级应用与设计</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201、265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科目65考试合格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Python语言程序设计</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66</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201、266</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科目66考试合格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WPS Office高级应用与设计</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67</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201、267</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科目67考试合格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openGauss数据库程序设计</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68</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201、268</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科目68考试合格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CAD 设计与综合应用</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69</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269</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科目69考试合格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网络技术</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科目35考试合格</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数据库技术</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36</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336</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科目36考试合格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信息安全技术</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38</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338</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科目38考试合格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嵌入式系统开发技术</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39</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339</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科目39考试合格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Linux应用与开发技术</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371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科目71考试合格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网络工程师</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401、403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获得科目35证书科目41考试合格</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数据库工程师</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401、404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获得科目36证书科目42考试合格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信息安全工程师</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401、403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获得科目38证书科目44考试合格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嵌入式系统开发工程师</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401、402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获得科目39证书科目45考试合格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Linux应用与开发工程师</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46</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90分钟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401、402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获得科目71证书科目46考试合格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注：2013年3月及以前获得的三级各科目证书，不区分科目，可以作为四级任一科目的获证条件</w:t>
      </w:r>
    </w:p>
    <w:p>
      <w:r>
        <w:t>附件2</w:t>
      </w:r>
    </w:p>
    <w:p>
      <w:r>
        <w:t>考生报名流程</w:t>
      </w:r>
    </w:p>
    <w:p>
      <w:r>
        <w:t>网上报名分为注册账号、填报信息、网上缴费三个步骤。</w:t>
      </w:r>
    </w:p>
    <w:p>
      <w:r>
        <w:t>推荐浏览器：谷歌、火狐、IE9+、 360浏览器（选择极速模式） （网站首页底部有提示）。</w:t>
      </w:r>
    </w:p>
    <w:p>
      <w:r>
        <w:t>一、注册账号</w:t>
      </w:r>
    </w:p>
    <w:p>
      <w:r>
        <w:t>考生登录网址(https://passport.neea.cn或https://passport.neea.edu.cn)注册ETEST通行证。</w:t>
      </w:r>
    </w:p>
    <w:p>
      <w:r>
        <w:t>ETEST通行证账号在教育部教育考试院所有使用ETEST通行证的考务系统中通用，未注册考生可以使用电子邮箱或手机进行注册，如果已经注册过通行证，在NCRE网上报名时无需再次注册。</w:t>
      </w:r>
    </w:p>
    <w:p>
      <w:r>
        <w:t>二、填报信息</w:t>
      </w:r>
    </w:p>
    <w:p>
      <w:r>
        <w:t>考生注册完毕后，登录报名网址(https://ncre-bm.neea.cn或https://ncre-bm.neea.edu.cn)，选择“广东省考生报名入口”，用已注册的账号和密码登录，同意并签署报名协议后，进行网上个人信息填报。</w:t>
      </w:r>
    </w:p>
    <w:p>
      <w:r>
        <w:t>（一）考生须本人亲自填报，并对所填报的信息负完全责任。</w:t>
      </w:r>
    </w:p>
    <w:p>
      <w:r>
        <w:t>（二）考生上传的照片将用于合格证书，应为本人近期正面免冠彩色证件照，不得使用生活照、美颜照。最小像素高宽为192x144、最小成像区高宽为48mmx33mm，文件大小为20KB-200KB，文件格式为JPEG格式，后缀名为“.jpg”。上传的照片不合要求或未上传照片的考生不允许参加考试，请考生提前按要求准备好合格照片。</w:t>
      </w:r>
    </w:p>
    <w:p>
      <w:r>
        <w:t>（三）考生姓名中如有生僻字无法输入，请用汉语拼音全拼代替生僻字。</w:t>
      </w:r>
    </w:p>
    <w:p>
      <w:r>
        <w:t>（四）报考人数达到考点所设定的最大容量后，考生将不能再选报该考点。</w:t>
      </w:r>
    </w:p>
    <w:p>
      <w:r>
        <w:t>三、网上缴费</w:t>
      </w:r>
    </w:p>
    <w:p>
      <w:r>
        <w:t>考生核对填报信息无误后，进行网上缴费，缴费成功后，需返回报名系统查看支付状态，确认报考科目的支付状态为“已支付”，只有支付状态为“已支付”才表示该科目报名成功，否则报名不成功，不能参加考试。</w:t>
      </w:r>
    </w:p>
    <w:p>
      <w:r>
        <w:t>考生应在提交报名后的24小时内完成缴费，否则报考失效。</w:t>
      </w:r>
    </w:p>
    <w:p>
      <w:r>
        <w:t>缴费成功即视为考生已确认报考信息准确，完成本次考试报名，考生无权再行修改报考信息，所造成后果由考生自行承担。</w:t>
      </w:r>
    </w:p>
    <w:p>
      <w:r>
        <w:t>网上支付成功后，考生无论退考或缺考，报考费均不予退还。考生已确认报名信息但未在规定时间缴费的视为自动放弃报名考试资格。</w:t>
      </w:r>
    </w:p>
    <w:p>
      <w:r>
        <w:t>四、准考证打印时间</w:t>
      </w:r>
    </w:p>
    <w:p>
      <w:r>
        <w:t>从2025年9月15日上午9：00开始，考生自行登录报名系统下载打印或者到报考考点打印准考证。</w:t>
      </w:r>
    </w:p>
    <w:p>
      <w:r>
        <w:t>考生网上报名流程图</w:t>
      </w:r>
    </w:p>
    <w:p>
      <w:r>
        <w:drawing>
          <wp:inline xmlns:a="http://schemas.openxmlformats.org/drawingml/2006/main" xmlns:pic="http://schemas.openxmlformats.org/drawingml/2006/picture">
            <wp:extent cx="6400800" cy="3943109"/>
            <wp:docPr id="1" name="Picture 1"/>
            <wp:cNvGraphicFramePr>
              <a:graphicFrameLocks noChangeAspect="1"/>
            </wp:cNvGraphicFramePr>
            <a:graphic>
              <a:graphicData uri="http://schemas.openxmlformats.org/drawingml/2006/picture">
                <pic:pic>
                  <pic:nvPicPr>
                    <pic:cNvPr id="0" name="23144c93ff8e266d0c0c7b1a.png"/>
                    <pic:cNvPicPr/>
                  </pic:nvPicPr>
                  <pic:blipFill>
                    <a:blip r:embed="rId12"/>
                    <a:stretch>
                      <a:fillRect/>
                    </a:stretch>
                  </pic:blipFill>
                  <pic:spPr>
                    <a:xfrm>
                      <a:off x="0" y="0"/>
                      <a:ext cx="6400800" cy="3943109"/>
                    </a:xfrm>
                    <a:prstGeom prst="rect"/>
                  </pic:spPr>
                </pic:pic>
              </a:graphicData>
            </a:graphic>
          </wp:inline>
        </w:drawing>
      </w:r>
    </w:p>
    <w:p>
      <w:r>
        <w:t>附件3</w:t>
      </w:r>
    </w:p>
    <w:p>
      <w:r>
        <w:t>全国计算机等级考试报名常见问题及解答</w:t>
      </w:r>
    </w:p>
    <w:p>
      <w:r>
        <w:t>1.去年已成功报名注册过的，本次报名是否还需再次注册？</w:t>
      </w:r>
    </w:p>
    <w:p>
      <w:r>
        <w:t>答：否。ETEST通行证账号在教育部教育考试院所有使用ETEST通行证的考务系统中通用，未注册考生可以使用电子邮箱或手机进行注册，如果已经注册过通行证，在NCRE网上报名时无需再次注册。</w:t>
      </w:r>
    </w:p>
    <w:p>
      <w:r>
        <w:t>2.注册信息有误该如何进行修改？</w:t>
      </w:r>
    </w:p>
    <w:p>
      <w:r>
        <w:t>答：注册报名网站为教育部教育考试院所有，报名过程中的用户注册、重置密码、费用支付等相关网站操作问题请自行联系教育部教育考试院010-82345361咨询。</w:t>
      </w:r>
    </w:p>
    <w:p>
      <w:r>
        <w:t>3.没有参加过计算机一级的，可以直接报考二级吗？</w:t>
      </w:r>
    </w:p>
    <w:p>
      <w:r>
        <w:t>答：可以。报名者不受年龄、职业、学历等背景的限制，均可根据自己学习情况和实际能力选考相应的级别和科目。根据相关规定，报考NCRE获证条件为：通过一至三级任一科目考试成绩合格即可获得相应证书，通过四级科目考试成绩合格并已经（或同时）获得三级相关证书的，可获得相应证书。</w:t>
      </w:r>
    </w:p>
    <w:p>
      <w:r>
        <w:t>4.报考时选错级别科目，但已缴费可否重置修改？</w:t>
      </w:r>
    </w:p>
    <w:p>
      <w:r>
        <w:t>答：不可以。缴费成功即视为考生已确认报考信息准确，完成本次考试报名，考生无权再行修改报考信息，所造成后果由考生自行承担。</w:t>
      </w:r>
    </w:p>
    <w:p>
      <w:r>
        <w:t>5.报名缴费重复缴了两次，会自动退费吗？</w:t>
      </w:r>
    </w:p>
    <w:p>
      <w:r>
        <w:t>答：会。考生报名缴费时如重复缴费，教育部教育考试院将在报名结束并完成对账确认后，原路退回重复缴交费用。</w:t>
      </w:r>
    </w:p>
    <w:p>
      <w:r>
        <w:t>6.考生报考时如何了解相关报考信息？</w:t>
      </w:r>
    </w:p>
    <w:p>
      <w:r>
        <w:t>答：考生报考时可登录广东省教育考试院官网（https://eea.gd.gov.cn/）、官方微信号gdsksy、广东教育考试服务网（http://www.eesc.com.cn/）查询我院发布的当次NCRE报考简章，了解相关报考事宜。</w:t>
      </w:r>
    </w:p>
    <w:p>
      <w:r>
        <w:t>附件4</w:t>
      </w:r>
    </w:p>
    <w:p>
      <w:r>
        <w:t>2025年9月广东省全国计算机等级考试</w:t>
      </w:r>
    </w:p>
    <w:p>
      <w:r>
        <w:t>考点名单</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地市</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所属区</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考点名称</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考点地址</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考生咨询电话</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荔湾区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广州市财经商贸职业学校（大坦沙校区）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广州市荔湾区珠江桥中东海北路21号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越秀区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广州开放大学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广州市越秀区麓景西路41号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020-84077117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广州市信息技术职业学校（下塘西校区）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广州市越秀区下塘西路41号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020-83574832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海珠区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仲恺农业工程学院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广州市海珠区仲恺路501号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020-89003200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广东轻工职业技术大学（琶洲校区）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广州市海珠区新港东路144号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020-89239770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天河区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华南农业大学数学与信息学院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广州市天河区五山路483号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020-87344769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暨南大学（教育学院）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广州市天河区黄埔大道西601号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020-85221563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华南理工大学数学科学学院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广州市天河区五山路381号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020-87110440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华南师范大学（石牌校区）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广州市天河区中山大道西55号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020-85215868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广东技术师范大学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广州市天河区中山大道西293号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020-38256639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广东工业大学（龙洞校区）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广州市天河区迎龙路161号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020-37627405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广东金融学院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广州市天河区龙洞迎福路527号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020-37216153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广东岭南职业技术学院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广州市黄埔区风信路10号西侧60米</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020-22305661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广东省外语艺术职业学院（龙洞校区）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广州市天河区龙洞东路128号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020-37084233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广州市天河职业高级中学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广州市天河区广州大道中1247号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020-37234727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广东省食品药品职业技术学校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广州市天河区大观中路大观街639号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020-82356109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广州市纺织服装职业学校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广州市天河区东莞庄路231号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020-84205325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白云区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南方医科大学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广州市白云区沙太南路1063号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020-62789330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广东外语外贸大学（白云山校区）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广州市白云区白云大道北2号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020-36206335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广州市白云行知职业技术学校（同和校区）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广州市白云区同和握山北东街五巷16号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020-37386174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广州理工学院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广州市白云区太和镇兴太三路638号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020-87478449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广州涉外经济职业技术学院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广州市白云区沙太路大源北28号广州涉外经济职业技术学院（南校区）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020-36784412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广东技术师范大学（白云校区）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广州市白云区江高镇环镇西路155号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020-37438080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广东文艺职业学院（白云校区）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广州市白云区同泰路1111号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020-37247710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黄埔区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广州航海学院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广州市黄埔区红山三路101号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020-32083089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广州商学院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广州市黄埔区知识大道300号广州商学院北门</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020-32971300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番禺区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广东女子职业技术学院（番禺校区）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广州市番禺区市莲路南浦村段2号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020-32642013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广东外语外贸大学（大学城校区）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广州市番禺区广州大学城小谷围外环东路178号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020-36206335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广东工业大学（大学城校区）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广州市番禺区广州大学城外环西路100号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020-37627405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广州市番禺区职业技术学校（南校区）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广州市番禺区桥南街桥南路388号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020-34601223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华南师范大学（大学城校区）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广州市番禺区广州大学城外环西路378号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020-85213916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南沙区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广州市南沙区岭东职业技术学校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广州市南沙区大岗镇兴业路422号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020-84999906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花都区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广东交通职业技术学院（花都校区）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广州市花都区工业大道11号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020-86861612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广东培正学院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广州市花都区赤坭镇培正路53号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020-86710030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广州市花都区职业技术学校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广州市花都区新华街云山路65号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020-36804391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广州工商学院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广州市花都区狮岭镇南环路28号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020-86928187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增城区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广州应用科技学院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广州市增城区朱村街朱村大道东432号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020-82857733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广东农工商职业技术学院（北校区）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广州市增城区中新镇风光路393号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020- 32962010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广州华商学院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广州市增城区荔湖街华商路1号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020- 83314365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从化区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广州南方学院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广州市从化区温泉大道882号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020-61784915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广州软件学院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广州市从化区经济开发区高技术产业园广从南路548号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020-87818101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广州华夏职业学院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广州市从化区城鳌大道东772号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020-87860489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韶关市浈江区大学路288号韶关学院明德区才德楼（信息工程学院）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0751-8121395</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广东松山职业技术学院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韶关市曲江南华</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0751-6502303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翁源县中等职业技术学校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韶关市翁源县龙仙镇陈璘路3号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0751-2813170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南雄市中等职业学校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南雄市古市镇丰源村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0751-6976046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深圳开放大学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深圳市罗湖区解放路4006号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0755-82116766</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深圳市福田区华强职业技术学校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深圳市红荔西路景田南4街1号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0755-83904046-425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深圳信息职业技术学院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深圳市龙岗区龙翔大道2188号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0755-89226872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广东新安职业技术学院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深圳市南山区沙河东路259号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0755-36881376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深圳市龙岗中等专业学校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深圳市龙岗区清林中路219号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0755-28924141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深圳市第一职业技术学校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深圳市福田区皇岗路3009号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0755-83942925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深圳市第三职业技术学校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深圳市坪山区石井街道创景南路13号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0755-23678668-1402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深圳市宝安区教育城学子路4号（北2门）</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0755-27590357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深圳市博伦职业技术学校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深圳市南山区南博二路28号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0755-84354555-8770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深圳市奋达职业技术学校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深圳市宝安区石岩街道洲石路奋达科技园内</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13632771426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深圳市龙岗区第二职业技术学校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深圳市龙岗区园山街道横坪公路269号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0755-89383593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深圳市沙井职业高级中学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深圳市宝安区沙井街道沙壆三路23号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0755-23091990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深圳北理莫斯科大学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深圳市龙岗区大运新城国际大学园路1号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0755-28323353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深圳职业技术大学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深圳市南山区沙河西路4089号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0755-26019699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暨南大学(珠海校区)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广东省珠海市前山路206号暨南大学珠海校区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0756-8505803</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遵义医科大学珠海校区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广东省珠海市金湾区金湾路368号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0756-7623332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珠海科技学院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珠海市金湾区三灶镇草堂安基东路8号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0756-7629055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北京理工大学珠海学院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珠海市唐家湾金凤路6号弘毅楼F座、H座</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0756-6846167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珠海市计算机教育中心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珠海市香洲人民东路123号珠海开放大学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0756-2220669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珠海市第一中等职业学校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珠海市香洲区香华路51号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0756-2651308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北京师范大学珠海校区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珠海市唐家湾金凤路18号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0756-3683761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珠海市斗门区新盈中等职业学校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珠海市斗门区白蕉南路33号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0756-5225788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汕头大学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汕头市大学路243号汕头大学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0754-86502623</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汕头市鮀滨职业技术学校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汕头市汕樟路35号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0754-88557071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汕头市濠江区东湖</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0754-83582543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汕头职业技术学院金园校区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汕头市金平区金园路23号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0754-83582543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汕头市潮南区职业技术教育中心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汕头市潮南区陈沙公路两英镇东北路段</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0754-89619189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汕头市澄海职业技术学校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汕头市澄海区广益街道环翠路中段北侧</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0754-86983309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汕头市林百欣科学技术中等专业学校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汕头市嵩山路69号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0754-83960690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广东汕头幼儿师范高等专科学校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汕头市濠江区北山湾路28号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0754-83900876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禅城区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佛山市华材职业技术学校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佛山市禅城区丝织路25号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0757-82135733</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南海区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佛山市南海区信息技术学校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佛山市南海区狮山镇桂丹路100号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0757-86688805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南海区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佛山市南海区九江职业技术学校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佛山市南海区九江镇教育路24号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0757-86505009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顺德区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佛山市顺德区梁銶琚职业技术学校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佛山市顺德区大良南国西路</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0757-22661066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顺德区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佛山市顺德区中等专业学校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佛山市顺德区大良红岗桃源路</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0757-22623582转6202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顺德区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佛山市顺德区北滘职业技术学校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佛山市顺德区北滘镇桂园路69号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0757-26336718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顺德区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佛山市顺德区胡锦超职业技术学校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佛山市顺德区容桂街道文明西路</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0757-28378129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顺德区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佛山市顺德区郑敬诒职业技术学校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佛山市顺德区伦教街道南苑西路10号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0757-27720512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三水区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广东财经大学（佛山校区）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佛山市三水区云东海街道学海中路1号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0757-87828708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高明区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佛山市高明区职业技术学校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佛山市高明区荷城街道富湾环湖路8号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0757-88623192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江门市第一职业高级中学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江门市蓬江区胜利北路40号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0750-3281448</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五邑大学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江门市蓬江区迎宾大道中99号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0750-3296684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台山市培英职业技术学校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江门市台山市台城和平路1巷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0750-5521924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广东江门中医药职业学院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江门市蓬江区龙湾路4号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0750-3508726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湛江市招生考试服务中心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湛江市麻章区麻赤路109号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0759-3366818</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岭南师范学院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湛江市赤坎区寸金路29号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0759-3174005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茂名市文明北路232号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0668-2920330</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广东石油化工学院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茂名市光华北路7号大院广东石油化工学院光华校区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0668-2296616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信宜市职业技术学校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信宜市竹山路308号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0668-8890138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广东石油化工学院（西城校区）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茂名市茂南区科创路1号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0668-2296616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茂名市第一职业技术学校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茂名市电白区水东镇人民中路63号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0668-5599719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高州市第一职业技术学校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高州市石鼓镇爱民路60号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0668-6578291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高州市信息职业技术学校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广东省高州市金山开发区金辉大道133号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0668-6135788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茂名市南方职业技术学校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广东省茂名市金山教育大道9号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0668-2538888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肇庆市工业贸易学校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肇庆市端州区端州一路15号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0758-2808836</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广东理工学院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高要城区祈福大道</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0758-8387244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广东工商职业技术大学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肇庆市七星岩旅游区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0758-6179331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广东理工学院（鼎湖校区）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鼎湖区坑口金鼎路</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0758-2607005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广州应用科技学院（肇庆校区）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广东省肇庆市鼎湖区莲花镇丰乐路20号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0758-2630916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肇庆市农业学校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广东省肇庆市鼎湖区坑口上山路</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0758-2625503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广州华商学院（肇庆校区）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肇庆市四会市东城街道黄岗社区工业大道1号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0758-3145101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惠城区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惠州开放大学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惠州市河南岸斑樟湖路20号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0752-2555913</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惠城区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惠州市惠城区演达大道46号惠州学院电子楼计算机科学与工程学院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0752-2527132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惠城区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惠州城市职业学院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广东省惠州市惠城区三栋镇福长岭明德路1号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0752-2829772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惠城区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惠州卫生职业技术学院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惠州市惠城区演达大道69号（惠州卫生职业技术学院东门）</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0752-2366773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惠城区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惠州工程职业学院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惠州大道汤泉段272号（惠州工程职业学院南门）</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0752-2821203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惠城区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惠州市科技职业技术学校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惠州市惠城区马安镇三环路东出口</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0752-2151070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嘉应学院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梅州市梅松路100号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0753-2186805</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梅州市东山教育基地</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0753-2292134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汕尾市城区文德路北段</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0660-3386863</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汕尾市城区东涌镇红厝山南侧</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0660-3236602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陆丰市第二职业技术学校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陆丰市陆城霞湖高速出口右侧300米处（河东派出所）对面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0660-8903698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河源市江东新区东环路</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15976718805</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阳江市广播电视大学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阳江市江城区万福路68号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0662-2278033/2278019</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广东海洋大学（阳江校区）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广东省阳江市江城区罗琴路1号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0662-2162663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清远工贸职业技术学校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清远市东城学府路清远工贸职业技术学校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0763-3930670</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广东省清远市清城区东城街蟠龙园</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0763-3936708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广东岭南职业技术学院清远校区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清远市清城区大学城大学东路8号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0763-3918411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清远市清新区太和镇滨江路98号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0763-5836543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广东建设职业技术学院（清远校区）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清远市清城区东城街道环城东路北38号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0763-3919632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广东金融学院（清远校区）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清远市清城区东城街道环城东路北1号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0763-3916210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广东交通职业技术学院（清远校区）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清远市清城区东城街道中宿路34号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0763-3916910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东莞市纺织服装学校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东莞市虎门镇威远环岛路353号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0769-85569662</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东莞市轻工业学校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东莞市厚街镇汀山村教育园区职校南路1号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0769-89980192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东莞市经济贸易学校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东莞市莞城街道学院路287号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0769-23100823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东莞市电子科技学校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广东省东莞市塘厦镇环市南路2号电子科技学校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0769-86050152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东莞理工学校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东莞市横沥镇职教路2号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0769-82920368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东莞市商业学校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广东省东莞市东城区新源路23号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0769-22661911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东莞市电子商贸学校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广东省东莞市常平镇常东路151号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0769-83392435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广东科技学院（南城校区）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广东省东莞市南城区西湖路99号广东科技学院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0769-86211688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东莞市电子计算中心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广东省东莞市莞城区运河东一路184号经贸中心A座9、10楼</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0769-221144208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广州新华学院（东莞校区）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东莞市麻涌镇沿江西一路7号广州新华学院东莞校区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0769-82676827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东莞信息技术学校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东莞市石碣镇四甲信技南路1号东莞市信息技术学校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0769-81321500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东莞市华南职业技术学校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东莞市高埗镇三塘东路2号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0769-89950208转8078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广东创新科技职业学院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东莞市厚街镇学府路2号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0769-83076702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广东科技学院（松山湖校区）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广东省东莞市松山湖高新技术产业开发区东园大道松山湖段2号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0769-88027387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广东酒店管理职业技术学院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东莞市厚街镇学府路1号广东酒店管理职业技术学院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0769-89287173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中山市火炬科学技术学校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中山市火炬开发区沿江东三路20号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0760-28135904</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中山市中等专业学校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中山市五桂山区丹桂路9号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0760-89911017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中山市建斌职业技术学校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中山市小榄镇文东南路18号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0760-22113730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中山市博爱七路25号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0760-88222059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韩山师范学院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潮州市湘桥区桥东韩山师范学院数学与信息技术学院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0768-2319927</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揭阳捷和职业技术学校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揭阳市榕城区梅云吉荣路中段</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0663-8693904</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广东工业大学（揭阳校区）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揭阳市粤东新城大学路</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0663-6603281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bkzn/content/post_4732530.html" TargetMode="External"/><Relationship Id="rId11" Type="http://schemas.openxmlformats.org/officeDocument/2006/relationships/hyperlink" Target="https://eea.gd.gov.cn/shks/content/post_4732498.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