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我省本科批次预计19日正式投档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https://eea.gd.gov.cn/ptgk/content/post_4218942.html</w:t>
        </w:r>
      </w:hyperlink>
    </w:p>
    <w:p/>
    <w:p>
      <w:r>
        <w:t>目前，我省提前批本科征集志愿录取工作已顺利结束，共录取61人（军检院校33人，非军检院校21人，美术类统考合格7人）。特殊类型招生院校（综合评价）已开始投档录取，被综合评价录取的考生可于17日17点后查询录取结果。</w:t>
      </w:r>
    </w:p>
    <w:p>
      <w:r>
        <w:t>7月16日，省招生办进行特殊类型招生院校其他类别（含高水平艺术团、高水平运动队、高校专项计划）的投档。17-18日进行本科批次正式投档前的各项准备工作。本科批次19日正式投档。20日起，考生可陆续查询录取结果。请广大考生、家长密切关注广东省教育考试院官网官微有关公告，及时获取相关信息。</w:t>
      </w:r>
    </w:p>
    <w:p>
      <w:r>
        <w:t>投档情况下载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投档情况下载</w:t>
        </w:r>
      </w:hyperlink>
    </w:p>
    <w:p>
      <w:r>
        <w:rPr>
          <w:sz w:val="16"/>
        </w:rPr>
        <w:t>https://eea.gd.gov.cn/attachment/0/526/526193/4218942.zip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8942.html" TargetMode="External"/><Relationship Id="rId11" Type="http://schemas.openxmlformats.org/officeDocument/2006/relationships/hyperlink" Target="https://eea.gd.gov.cn/attachment/0/526/526193/4218942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