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aacafb8f76ef3810ac80e2edcc58e33d827c3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aacafb8f76ef3810ac80e2edcc58e33d827c3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