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我省2022年下半年教师资格考试打印准考证有关事宜的通知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https://szeb.sz.gov.cn/szzkw/zkgg/skxx/content/post_10190863.html</w:t>
        </w:r>
      </w:hyperlink>
    </w:p>
    <w:p/>
    <w:p>
      <w:r>
        <w:t>2022年下半年教师资格考试考生：</w:t>
      </w:r>
    </w:p>
    <w:p>
      <w:r>
        <w:t>因我省个别考点受疫情影响进行调整，考场数据需重新编排，2022年下半年教师资格考试打印准考证的开始时间由原定的10月25日调整至10月27日，不便之处，敬请谅解。</w:t>
      </w:r>
    </w:p>
    <w:p>
      <w:r>
        <w:t>广东省教育考试院</w:t>
      </w:r>
    </w:p>
    <w:p>
      <w:r>
        <w:t>2022年10月24日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1908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