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成人高考报名需要去现场吗？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https://eea.gd.gov.cn/dawenku/ksbk/content/post_4244812.html</w:t>
        </w:r>
      </w:hyperlink>
    </w:p>
    <w:p/>
    <w:p>
      <w:r>
        <w:t>成人高考采用全网上报名方式，仅对网上审核未通过的、申请照顾加分（除贫困山区县以及25周岁以上照顾加分外）和免试入学等类型的考生进行现场资格审核。普通考生提交材料为“网上提交+后台审核”方式，后台审核不过的，须按对应项目提供对应材料原件到报名点进行现场审核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2448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