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关于做好广东省2025年专科批次院校征集志愿和网上录取工作的通知</w:t>
      </w:r>
    </w:p>
    <w:p>
      <w:r>
        <w:rPr>
          <w:sz w:val="18"/>
        </w:rPr>
        <w:t>整理归属  广东省教育考试院</w:t>
      </w:r>
    </w:p>
    <w:p>
      <w:r>
        <w:rPr>
          <w:sz w:val="18"/>
        </w:rPr>
        <w:t>发布日期  2025-08-07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https://eea.gd.gov.cn/ptgk/content/post_4755940.html</w:t>
        </w:r>
      </w:hyperlink>
    </w:p>
    <w:p>
      <w:r>
        <w:t xml:space="preserve">同文来源  </w:t>
      </w:r>
      <w:hyperlink r:id="rId11">
        <w:r>
          <w:rPr>
            <w:color w:val="18548A"/>
          </w:rPr>
          <w:t>https://eea.gd.gov.cn/zwgk/sjfb/tjsj/content/post_4755952.html</w:t>
        </w:r>
      </w:hyperlink>
    </w:p>
    <w:p/>
    <w:p>
      <w:r>
        <w:t>各地级以上市招生办公室（考试中心、考试院）、各有关高校：</w:t>
      </w:r>
    </w:p>
    <w:p>
      <w:r>
        <w:t>根据录取情况，我省专科批次普通类、体育类、艺术类（含音乐类、舞蹈类、表（导）演类、播音与主持类、美术与设计类、戏曲类）尚有部分缺额计划需征集志愿。现就有关事项通知如下：</w:t>
      </w:r>
    </w:p>
    <w:p>
      <w:r>
        <w:t>一、时间安排</w:t>
      </w:r>
    </w:p>
    <w:p>
      <w:r>
        <w:t>征集志愿网上填报时间为8月8日10:00至9日10:00，投档录取时间为8月10日至11日。</w:t>
      </w:r>
    </w:p>
    <w:p>
      <w:r>
        <w:t>二、征集志愿条件</w:t>
      </w:r>
    </w:p>
    <w:p>
      <w:r>
        <w:t>普通类（历史）：总分180分。</w:t>
      </w:r>
    </w:p>
    <w:p>
      <w:r>
        <w:t>普通类（物理）：总分180分。</w:t>
      </w:r>
    </w:p>
    <w:p>
      <w:r>
        <w:t>体育类：文化科总分300分，体育类专业省统考200分。</w:t>
      </w:r>
    </w:p>
    <w:p>
      <w:r>
        <w:t>音乐类（含音乐教育、音乐表演）：文化科总分180分，音乐类专业省统考150分。</w:t>
      </w:r>
    </w:p>
    <w:p>
      <w:r>
        <w:t>舞蹈类：文化科总分180分，舞蹈类专业省统考150分。</w:t>
      </w:r>
    </w:p>
    <w:p>
      <w:r>
        <w:t>表（导）演类（戏剧影视表演）：文化科总分310分，表（导）演类专业省统考205分。</w:t>
      </w:r>
    </w:p>
    <w:p>
      <w:r>
        <w:t>播音与主持类（粤语）：文化科总分300分，播音与主持类专业省统考195分。</w:t>
      </w:r>
    </w:p>
    <w:p>
      <w:r>
        <w:t>美术与设计类：文化科总分180分，美术与设计类专业省统考150分。</w:t>
      </w:r>
    </w:p>
    <w:p>
      <w:r>
        <w:t>戏曲类：文化科总分190分，戏曲类专业省际联考须合格。</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8月8日10:00至9日10:00登录“广东省普通高考志愿填报系统”（https://pg.eeagd.edu.cn/ks）填报志愿（征集志愿表样式见附件1）。考生须在规定的时间内填报志愿，逾时一律不再受理。无论是春季还是夏季高考已被录取考生，均不得参加征集志愿。</w:t>
      </w:r>
    </w:p>
    <w:p>
      <w:r>
        <w:t>（三）填报志愿方式。符合征集志愿条件的考生可以登录“广东省普通高考志愿填报系统”，按本通知相关要求于8月9日10:00前自行上网填报征集志愿。</w:t>
      </w:r>
    </w:p>
    <w:p>
      <w:r>
        <w:t>1.专科批次普通类（历史、物理）可填报45个院校专业组志愿，每个院校可填报6个专业志愿及1个是否服从调剂选项；体育类、艺术类可填报20个院校专业组志愿，每个院校可填报6个专业志愿及1个是否服从调剂选项。</w:t>
      </w:r>
    </w:p>
    <w:p>
      <w:r>
        <w:t>2.参加专科批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8月9日10:00，考生必须按时在网上填报相应的专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9日10:00）截止后的2小时内（8月9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10日至11日组织高校录取，以考生网上最后确认的征集志愿数据为投档依据。</w:t>
      </w:r>
    </w:p>
    <w:p>
      <w:r>
        <w:t>四、征集志愿录取办法</w:t>
      </w:r>
    </w:p>
    <w:p>
      <w:r>
        <w:t>专科批次体育类、艺术类征集志愿录取与普通类（历史、物理）征集志愿录取同步进行。正式投档前，将视院校生源情况，对各科类、各院校专业组间计划进行适当调整。投档录取办法如下：</w:t>
      </w:r>
    </w:p>
    <w:p>
      <w:r>
        <w:t>专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2025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（三）征集志愿录取时，以考生重新填报的专科批次征集志愿为准，考生原填报的专科批次院校专业组志愿信息无效。</w:t>
      </w:r>
    </w:p>
    <w:p>
      <w:r>
        <w:t>各地市、县（市、区）招生考试机构和有关高校要高度重视、认真负责，并指定专人负责此项工作，确保专科批次征集志愿和网上录取工作顺利进行。</w:t>
      </w:r>
    </w:p>
    <w:p>
      <w:r>
        <w:t>附件：</w:t>
      </w:r>
    </w:p>
    <w:p>
      <w:r>
        <w:t>1.广东省2025年普通高校招生征集志愿表（样式）</w:t>
      </w:r>
    </w:p>
    <w:p>
      <w:r>
        <w:t>2.广东省2025年普通高校招生专科院校普通类（历史、物理）征集志愿在库考生分数段统计表</w:t>
      </w:r>
    </w:p>
    <w:p>
      <w:r>
        <w:t>3.广东省2025年普通高校招生专科院校[体育类、音乐类、舞蹈类、表（导）演类、播音与主持类、美术与设计类、戏曲类]征集志愿在库考生分数段统计表</w:t>
      </w:r>
    </w:p>
    <w:p>
      <w:r>
        <w:t>4.广东省2025年普通高校招生专科批次院校[普通类（历史、物理）、体育类、音乐类、舞蹈类、表（导）演类、播音与主持类、美术与设计类、戏曲类]征集志愿招生计划表（分类下发）</w:t>
      </w:r>
    </w:p>
    <w:p>
      <w:r>
        <w:t>广东省招生委员会办公室</w:t>
      </w:r>
    </w:p>
    <w:p>
      <w:r>
        <w:t>2025年8月7日</w:t>
      </w:r>
    </w:p>
    <w:p>
      <w:r>
        <w:t>附件1-3</w:t>
      </w:r>
    </w:p>
    <w:p>
      <w:r>
        <w:t>1.广东省2025年普通高校招生专科院校征集志愿招生计划表【普通类（历史）】</w:t>
      </w:r>
    </w:p>
    <w:p>
      <w:r>
        <w:t>2.广东省2025年普通高校招生专科院校征集志愿招生计划表【普通类（物理）】</w:t>
      </w:r>
    </w:p>
    <w:p>
      <w:r>
        <w:t>3.广东省2025年普通高校招生专科院校征集志愿招生计划表（体育类）</w:t>
      </w:r>
    </w:p>
    <w:p>
      <w:r>
        <w:t>4.广东省2025年普通高校招生专科院校征集志愿招生计划表（音乐类）</w:t>
      </w:r>
    </w:p>
    <w:p>
      <w:r>
        <w:t>5.广东省2025年普通高校招生专科院校征集志愿招生计划表（舞蹈类）</w:t>
      </w:r>
    </w:p>
    <w:p>
      <w:r>
        <w:t>6.广东省2025年普通高校招生专科院校征集志愿招生计划表【表（导）演类】</w:t>
      </w:r>
    </w:p>
    <w:p>
      <w:r>
        <w:t>7.广东省2025年普通高校招生专科院校征集志愿招生计划表（播音与主持类）</w:t>
      </w:r>
    </w:p>
    <w:p>
      <w:r>
        <w:t>8.广东省2025年普通高校招生专科院校征集志愿招生计划表（美术与设计类）</w:t>
      </w:r>
    </w:p>
    <w:p>
      <w:r>
        <w:t>9.广东省2025年普通高校招生专科院校征集志愿招生计划表（戏曲类）</w:t>
      </w:r>
    </w:p>
    <w:p>
      <w:pPr>
        <w:pStyle w:val="Heading1"/>
      </w:pPr>
      <w:r>
        <w:t>附件及下载链接</w:t>
      </w:r>
    </w:p>
    <w:p>
      <w:hyperlink r:id="rId12">
        <w:r>
          <w:rPr>
            <w:color w:val="18548A"/>
          </w:rPr>
          <w:t>附件1-3</w:t>
        </w:r>
      </w:hyperlink>
    </w:p>
    <w:p>
      <w:r>
        <w:rPr>
          <w:sz w:val="16"/>
        </w:rPr>
        <w:t>https://eea.gd.gov.cn/attachment/0/587/587940/4755940.pdf</w:t>
      </w:r>
    </w:p>
    <w:p>
      <w:hyperlink r:id="rId13">
        <w:r>
          <w:rPr>
            <w:color w:val="18548A"/>
          </w:rPr>
          <w:t>1.广东省2025年普通高校招生专科院校征集志愿招生计划表【普通类（历史）】</w:t>
        </w:r>
      </w:hyperlink>
    </w:p>
    <w:p>
      <w:r>
        <w:rPr>
          <w:sz w:val="16"/>
        </w:rPr>
        <w:t>https://eea.gd.gov.cn/attachment/0/587/587941/4755940.pdf</w:t>
      </w:r>
    </w:p>
    <w:p>
      <w:hyperlink r:id="rId14">
        <w:r>
          <w:rPr>
            <w:color w:val="18548A"/>
          </w:rPr>
          <w:t>2.广东省2025年普通高校招生专科院校征集志愿招生计划表【普通类（物理）】</w:t>
        </w:r>
      </w:hyperlink>
    </w:p>
    <w:p>
      <w:r>
        <w:rPr>
          <w:sz w:val="16"/>
        </w:rPr>
        <w:t>https://eea.gd.gov.cn/attachment/0/587/587942/4755940.pdf</w:t>
      </w:r>
    </w:p>
    <w:p>
      <w:hyperlink r:id="rId15">
        <w:r>
          <w:rPr>
            <w:color w:val="18548A"/>
          </w:rPr>
          <w:t>3.广东省2025年普通高校招生专科院校征集志愿招生计划表（体育类）</w:t>
        </w:r>
      </w:hyperlink>
    </w:p>
    <w:p>
      <w:r>
        <w:rPr>
          <w:sz w:val="16"/>
        </w:rPr>
        <w:t>https://eea.gd.gov.cn/attachment/0/587/587943/4755940.pdf</w:t>
      </w:r>
    </w:p>
    <w:p>
      <w:hyperlink r:id="rId16">
        <w:r>
          <w:rPr>
            <w:color w:val="18548A"/>
          </w:rPr>
          <w:t>4.广东省2025年普通高校招生专科院校征集志愿招生计划表（音乐类）</w:t>
        </w:r>
      </w:hyperlink>
    </w:p>
    <w:p>
      <w:r>
        <w:rPr>
          <w:sz w:val="16"/>
        </w:rPr>
        <w:t>https://eea.gd.gov.cn/attachment/0/587/587944/4755940.pdf</w:t>
      </w:r>
    </w:p>
    <w:p>
      <w:hyperlink r:id="rId17">
        <w:r>
          <w:rPr>
            <w:color w:val="18548A"/>
          </w:rPr>
          <w:t>5.广东省2025年普通高校招生专科院校征集志愿招生计划表（舞蹈类）</w:t>
        </w:r>
      </w:hyperlink>
    </w:p>
    <w:p>
      <w:r>
        <w:rPr>
          <w:sz w:val="16"/>
        </w:rPr>
        <w:t>https://eea.gd.gov.cn/attachment/0/587/587945/4755940.pdf</w:t>
      </w:r>
    </w:p>
    <w:p>
      <w:hyperlink r:id="rId18">
        <w:r>
          <w:rPr>
            <w:color w:val="18548A"/>
          </w:rPr>
          <w:t>6.广东省2025年普通高校招生专科院校征集志愿招生计划表【表（导）演类】</w:t>
        </w:r>
      </w:hyperlink>
    </w:p>
    <w:p>
      <w:r>
        <w:rPr>
          <w:sz w:val="16"/>
        </w:rPr>
        <w:t>https://eea.gd.gov.cn/attachment/0/587/587946/4755940.pdf</w:t>
      </w:r>
    </w:p>
    <w:p>
      <w:hyperlink r:id="rId19">
        <w:r>
          <w:rPr>
            <w:color w:val="18548A"/>
          </w:rPr>
          <w:t>7.广东省2025年普通高校招生专科院校征集志愿招生计划表（播音与主持类）</w:t>
        </w:r>
      </w:hyperlink>
    </w:p>
    <w:p>
      <w:r>
        <w:rPr>
          <w:sz w:val="16"/>
        </w:rPr>
        <w:t>https://eea.gd.gov.cn/attachment/0/587/587947/4755940.pdf</w:t>
      </w:r>
    </w:p>
    <w:p>
      <w:hyperlink r:id="rId20">
        <w:r>
          <w:rPr>
            <w:color w:val="18548A"/>
          </w:rPr>
          <w:t>8.广东省2025年普通高校招生专科院校征集志愿招生计划表（美术与设计类）</w:t>
        </w:r>
      </w:hyperlink>
    </w:p>
    <w:p>
      <w:r>
        <w:rPr>
          <w:sz w:val="16"/>
        </w:rPr>
        <w:t>https://eea.gd.gov.cn/attachment/0/587/587948/4755940.pdf</w:t>
      </w:r>
    </w:p>
    <w:p>
      <w:hyperlink r:id="rId21">
        <w:r>
          <w:rPr>
            <w:color w:val="18548A"/>
          </w:rPr>
          <w:t>9.广东省2025年普通高校招生专科院校征集志愿招生计划表（戏曲类）</w:t>
        </w:r>
      </w:hyperlink>
    </w:p>
    <w:p>
      <w:r>
        <w:rPr>
          <w:sz w:val="16"/>
        </w:rPr>
        <w:t>https://eea.gd.gov.cn/attachment/0/587/587949/4755940.pdf</w:t>
      </w:r>
    </w:p>
    <w:p>
      <w:pPr>
        <w:pStyle w:val="Heading1"/>
      </w:pPr>
      <w:r>
        <w:t>正文相关链接</w:t>
      </w:r>
    </w:p>
    <w:p>
      <w:hyperlink r:id="rId22">
        <w:r>
          <w:rPr>
            <w:color w:val="18548A"/>
          </w:rPr>
          <w:t>附件1-3</w:t>
        </w:r>
      </w:hyperlink>
    </w:p>
    <w:p>
      <w:r>
        <w:t>https://eea.gd.gov.cn/attachment/0/587/587940/4755952.pdf</w:t>
      </w:r>
    </w:p>
    <w:p>
      <w:hyperlink r:id="rId23">
        <w:r>
          <w:rPr>
            <w:color w:val="18548A"/>
          </w:rPr>
          <w:t>1.广东省2025年普通高校招生专科院校征集志愿招生计划表【普通类（历史）】</w:t>
        </w:r>
      </w:hyperlink>
    </w:p>
    <w:p>
      <w:r>
        <w:t>https://eea.gd.gov.cn/attachment/0/587/587941/4755952.pdf</w:t>
      </w:r>
    </w:p>
    <w:p>
      <w:hyperlink r:id="rId24">
        <w:r>
          <w:rPr>
            <w:color w:val="18548A"/>
          </w:rPr>
          <w:t>2.广东省2025年普通高校招生专科院校征集志愿招生计划表【普通类（物理）】</w:t>
        </w:r>
      </w:hyperlink>
    </w:p>
    <w:p>
      <w:r>
        <w:t>https://eea.gd.gov.cn/attachment/0/587/587942/4755952.pdf</w:t>
      </w:r>
    </w:p>
    <w:p>
      <w:hyperlink r:id="rId25">
        <w:r>
          <w:rPr>
            <w:color w:val="18548A"/>
          </w:rPr>
          <w:t>3.广东省2025年普通高校招生专科院校征集志愿招生计划表（体育类）</w:t>
        </w:r>
      </w:hyperlink>
    </w:p>
    <w:p>
      <w:r>
        <w:t>https://eea.gd.gov.cn/attachment/0/587/587943/4755952.pdf</w:t>
      </w:r>
    </w:p>
    <w:p>
      <w:hyperlink r:id="rId26">
        <w:r>
          <w:rPr>
            <w:color w:val="18548A"/>
          </w:rPr>
          <w:t>4.广东省2025年普通高校招生专科院校征集志愿招生计划表（音乐类）</w:t>
        </w:r>
      </w:hyperlink>
    </w:p>
    <w:p>
      <w:r>
        <w:t>https://eea.gd.gov.cn/attachment/0/587/587944/4755952.pdf</w:t>
      </w:r>
    </w:p>
    <w:p>
      <w:hyperlink r:id="rId27">
        <w:r>
          <w:rPr>
            <w:color w:val="18548A"/>
          </w:rPr>
          <w:t>5.广东省2025年普通高校招生专科院校征集志愿招生计划表（舞蹈类）</w:t>
        </w:r>
      </w:hyperlink>
    </w:p>
    <w:p>
      <w:r>
        <w:t>https://eea.gd.gov.cn/attachment/0/587/587945/4755952.pdf</w:t>
      </w:r>
    </w:p>
    <w:p>
      <w:hyperlink r:id="rId28">
        <w:r>
          <w:rPr>
            <w:color w:val="18548A"/>
          </w:rPr>
          <w:t>6.广东省2025年普通高校招生专科院校征集志愿招生计划表【表（导）演类】</w:t>
        </w:r>
      </w:hyperlink>
    </w:p>
    <w:p>
      <w:r>
        <w:t>https://eea.gd.gov.cn/attachment/0/587/587946/4755952.pdf</w:t>
      </w:r>
    </w:p>
    <w:p>
      <w:hyperlink r:id="rId29">
        <w:r>
          <w:rPr>
            <w:color w:val="18548A"/>
          </w:rPr>
          <w:t>7.广东省2025年普通高校招生专科院校征集志愿招生计划表（播音与主持类）</w:t>
        </w:r>
      </w:hyperlink>
    </w:p>
    <w:p>
      <w:r>
        <w:t>https://eea.gd.gov.cn/attachment/0/587/587947/4755952.pdf</w:t>
      </w:r>
    </w:p>
    <w:p>
      <w:hyperlink r:id="rId30">
        <w:r>
          <w:rPr>
            <w:color w:val="18548A"/>
          </w:rPr>
          <w:t>8.广东省2025年普通高校招生专科院校征集志愿招生计划表（美术与设计类）</w:t>
        </w:r>
      </w:hyperlink>
    </w:p>
    <w:p>
      <w:r>
        <w:t>https://eea.gd.gov.cn/attachment/0/587/587948/4755952.pdf</w:t>
      </w:r>
    </w:p>
    <w:p>
      <w:hyperlink r:id="rId31">
        <w:r>
          <w:rPr>
            <w:color w:val="18548A"/>
          </w:rPr>
          <w:t>9.广东省2025年普通高校招生专科院校征集志愿招生计划表（戏曲类）</w:t>
        </w:r>
      </w:hyperlink>
    </w:p>
    <w:p>
      <w:r>
        <w:t>https://eea.gd.gov.cn/attachment/0/587/587949/4755952.pdf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55940.html" TargetMode="External"/><Relationship Id="rId11" Type="http://schemas.openxmlformats.org/officeDocument/2006/relationships/hyperlink" Target="https://eea.gd.gov.cn/zwgk/sjfb/tjsj/content/post_4755952.html" TargetMode="External"/><Relationship Id="rId12" Type="http://schemas.openxmlformats.org/officeDocument/2006/relationships/hyperlink" Target="https://eea.gd.gov.cn/attachment/0/587/587940/4755940.pdf" TargetMode="External"/><Relationship Id="rId13" Type="http://schemas.openxmlformats.org/officeDocument/2006/relationships/hyperlink" Target="https://eea.gd.gov.cn/attachment/0/587/587941/4755940.pdf" TargetMode="External"/><Relationship Id="rId14" Type="http://schemas.openxmlformats.org/officeDocument/2006/relationships/hyperlink" Target="https://eea.gd.gov.cn/attachment/0/587/587942/4755940.pdf" TargetMode="External"/><Relationship Id="rId15" Type="http://schemas.openxmlformats.org/officeDocument/2006/relationships/hyperlink" Target="https://eea.gd.gov.cn/attachment/0/587/587943/4755940.pdf" TargetMode="External"/><Relationship Id="rId16" Type="http://schemas.openxmlformats.org/officeDocument/2006/relationships/hyperlink" Target="https://eea.gd.gov.cn/attachment/0/587/587944/4755940.pdf" TargetMode="External"/><Relationship Id="rId17" Type="http://schemas.openxmlformats.org/officeDocument/2006/relationships/hyperlink" Target="https://eea.gd.gov.cn/attachment/0/587/587945/4755940.pdf" TargetMode="External"/><Relationship Id="rId18" Type="http://schemas.openxmlformats.org/officeDocument/2006/relationships/hyperlink" Target="https://eea.gd.gov.cn/attachment/0/587/587946/4755940.pdf" TargetMode="External"/><Relationship Id="rId19" Type="http://schemas.openxmlformats.org/officeDocument/2006/relationships/hyperlink" Target="https://eea.gd.gov.cn/attachment/0/587/587947/4755940.pdf" TargetMode="External"/><Relationship Id="rId20" Type="http://schemas.openxmlformats.org/officeDocument/2006/relationships/hyperlink" Target="https://eea.gd.gov.cn/attachment/0/587/587948/4755940.pdf" TargetMode="External"/><Relationship Id="rId21" Type="http://schemas.openxmlformats.org/officeDocument/2006/relationships/hyperlink" Target="https://eea.gd.gov.cn/attachment/0/587/587949/4755940.pdf" TargetMode="External"/><Relationship Id="rId22" Type="http://schemas.openxmlformats.org/officeDocument/2006/relationships/hyperlink" Target="https://eea.gd.gov.cn/attachment/0/587/587940/4755952.pdf" TargetMode="External"/><Relationship Id="rId23" Type="http://schemas.openxmlformats.org/officeDocument/2006/relationships/hyperlink" Target="https://eea.gd.gov.cn/attachment/0/587/587941/4755952.pdf" TargetMode="External"/><Relationship Id="rId24" Type="http://schemas.openxmlformats.org/officeDocument/2006/relationships/hyperlink" Target="https://eea.gd.gov.cn/attachment/0/587/587942/4755952.pdf" TargetMode="External"/><Relationship Id="rId25" Type="http://schemas.openxmlformats.org/officeDocument/2006/relationships/hyperlink" Target="https://eea.gd.gov.cn/attachment/0/587/587943/4755952.pdf" TargetMode="External"/><Relationship Id="rId26" Type="http://schemas.openxmlformats.org/officeDocument/2006/relationships/hyperlink" Target="https://eea.gd.gov.cn/attachment/0/587/587944/4755952.pdf" TargetMode="External"/><Relationship Id="rId27" Type="http://schemas.openxmlformats.org/officeDocument/2006/relationships/hyperlink" Target="https://eea.gd.gov.cn/attachment/0/587/587945/4755952.pdf" TargetMode="External"/><Relationship Id="rId28" Type="http://schemas.openxmlformats.org/officeDocument/2006/relationships/hyperlink" Target="https://eea.gd.gov.cn/attachment/0/587/587946/4755952.pdf" TargetMode="External"/><Relationship Id="rId29" Type="http://schemas.openxmlformats.org/officeDocument/2006/relationships/hyperlink" Target="https://eea.gd.gov.cn/attachment/0/587/587947/4755952.pdf" TargetMode="External"/><Relationship Id="rId30" Type="http://schemas.openxmlformats.org/officeDocument/2006/relationships/hyperlink" Target="https://eea.gd.gov.cn/attachment/0/587/587948/4755952.pdf" TargetMode="External"/><Relationship Id="rId31" Type="http://schemas.openxmlformats.org/officeDocument/2006/relationships/hyperlink" Target="https://eea.gd.gov.cn/attachment/0/587/587949/475595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