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深圳市2019年全国硕士研究生考试线上报名确认工作温馨提示（二）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2018-11-07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https://szeb.sz.gov.cn/szzkw/zkgg/ykxx/content/post_8949944.html</w:t>
        </w:r>
      </w:hyperlink>
    </w:p>
    <w:p/>
    <w:p>
      <w:r>
        <w:t>深圳市招考办报考点（代码4411）2019年全国硕士研究生考试报名首次采用线上系统进行确认，目前进展顺利，已有6000多名考生在线报名确认成功。市招考办再次提醒考生注意以下几点：</w:t>
      </w:r>
    </w:p>
    <w:p>
      <w:r>
        <w:t>一、已在系统上传资料的考生，要及时查询审核结果，按系统提示完成后续操作。</w:t>
      </w:r>
    </w:p>
    <w:p>
      <w:r>
        <w:t>二、在“研招网”报名选择了深圳市招考办报考点（代码4411）的考生，请尽快登录线上系统完成报名确认，不要到最后一天扎堆进行，造成网络塞车。（线上报名确认操作步骤：关注微信公众号“深圳市招生考试办公室” →在公众号底部菜单栏点击“考生服务” →点击“研考信息采集”后，输入网上预报名号、姓名和身份证号码登录后，开始进行个人资料上传及相片采集。）</w:t>
      </w:r>
    </w:p>
    <w:p>
      <w:r>
        <w:t>三、请考生认真核对报名条件，并在规定时间内办理线上报名确认手续。按教育部规定，逾期报名的不再补报，也不得修改报名信息。</w:t>
      </w:r>
    </w:p>
    <w:p>
      <w:r>
        <w:t>深圳市招生考试办公室</w:t>
      </w:r>
    </w:p>
    <w:p>
      <w:r>
        <w:t>2018年11月7日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894994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