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教育考试试卷运送保障服务中标公告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2025-12-09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https://szeb.sz.gov.cn/szzkw/qtxx/content/post_12539001.html</w:t>
        </w:r>
      </w:hyperlink>
    </w:p>
    <w:p/>
    <w:p>
      <w:r>
        <w:t>受采购单位委托，我司对教育考试试卷运送保障服务进行了招标采购，经评审委员会评审和采购人确认，结果如下：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投标供应商名称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资格审查情况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符合审查情况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投标报价</w:t>
              <w:br/>
              <w:t>（元）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深圳市天宇海科技有限公司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890000.00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深圳市鹏视视频科技有限公司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949000.00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深圳市易国凯科技有限公司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840000.00</w:t>
            </w:r>
          </w:p>
        </w:tc>
      </w:tr>
    </w:tbl>
    <w:p/>
    <w:p>
      <w:r>
        <w:t>四、 候选中标供应商：</w:t>
      </w:r>
    </w:p>
    <w:p>
      <w:r>
        <w:t>深圳市鹏视视频科技有限公司、深圳市易国凯科技有限公司、深圳市天宇海科技有限公司</w:t>
      </w:r>
    </w:p>
    <w:p>
      <w:r>
        <w:t>五、 中标（成交）信息</w:t>
      </w:r>
    </w:p>
    <w:p>
      <w:r>
        <w:t>中标供应商名称：深圳市鹏视视频科技有限公司</w:t>
      </w:r>
    </w:p>
    <w:p>
      <w:r>
        <w:t>中标供应商地址：深圳市龙岗区南湾街道下李朗社区布澜路21号联创科技园31栋厂房1009</w:t>
      </w:r>
    </w:p>
    <w:p>
      <w:r>
        <w:t>中标（成交）价格：人民币大写玖拾肆万玖仟元整（¥949000.00）</w:t>
      </w:r>
    </w:p>
    <w:p>
      <w:r>
        <w:t>六、 主要标的信息：</w:t>
      </w:r>
    </w:p>
    <w:p>
      <w:r>
        <w:t>服务类</w:t>
      </w:r>
    </w:p>
    <w:p>
      <w:r>
        <w:t>名称：教育考试试卷运送保障服务</w:t>
      </w:r>
    </w:p>
    <w:p>
      <w:r>
        <w:t>服务范围：详见投标文件</w:t>
      </w:r>
    </w:p>
    <w:p>
      <w:r>
        <w:t>服务要求：详见投标文件</w:t>
      </w:r>
    </w:p>
    <w:p>
      <w:r>
        <w:t>服务时间：服务期为合同签订之日起12个月。</w:t>
      </w:r>
    </w:p>
    <w:p>
      <w:r>
        <w:t>服务标准：详见投标文件</w:t>
      </w:r>
    </w:p>
    <w:p>
      <w:r>
        <w:t>七、 评审委员会成员名单及打分明细：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投标人名称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技术商务得分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价格得分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综合得分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深圳市天宇海科技有限公司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44.80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9.44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54.24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深圳市鹏视视频科技有限公司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69.60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8.85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78.45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深圳市易国凯科技有限公司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44.80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54.80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</w:tbl>
    <w:p/>
    <w:p>
      <w:r>
        <w:t>刘晓酉、黄玥、陈树鑫、徐汉萍、蔡科</w:t>
      </w:r>
    </w:p>
    <w:p>
      <w:r>
        <w:t>八、 公告期限</w:t>
      </w:r>
    </w:p>
    <w:p>
      <w:r>
        <w:t>2025年12月09日至2025年12月12日</w:t>
      </w:r>
    </w:p>
    <w:p>
      <w:r>
        <w:t>九、 招标代理服务费</w:t>
      </w:r>
    </w:p>
    <w:p>
      <w:r>
        <w:t>根据深财购〔2018〕27号文件及招标文件约定</w:t>
      </w:r>
    </w:p>
    <w:p>
      <w:r>
        <w:t>本项目招标代理服务费为人民币壹万肆仟贰佰叁拾伍元整（¥14235.00），由中标供应商支付。</w:t>
      </w:r>
    </w:p>
    <w:p>
      <w:r>
        <w:t>十、 凡对本次公示内容提出询问，请按以下方式联系：</w:t>
      </w:r>
    </w:p>
    <w:p>
      <w:r>
        <w:t>1.采购人信息</w:t>
      </w:r>
    </w:p>
    <w:p>
      <w:r>
        <w:t>名称：深圳市招生考试办公室</w:t>
      </w:r>
    </w:p>
    <w:p>
      <w:r>
        <w:t>地址：深圳市罗湖区泥岗西路1068号</w:t>
      </w:r>
    </w:p>
    <w:p>
      <w:r>
        <w:t>联系方式：陈老师、0755-82176753</w:t>
      </w:r>
    </w:p>
    <w:p>
      <w:r>
        <w:t>2.采购实施机构信息</w:t>
      </w:r>
    </w:p>
    <w:p>
      <w:r>
        <w:t>名称：正浩招标（深圳）有限公司</w:t>
      </w:r>
    </w:p>
    <w:p>
      <w:r>
        <w:t>地址：深圳市南山区西丽街道丽湖路4225号丽湖园1栋102</w:t>
      </w:r>
    </w:p>
    <w:p>
      <w:r>
        <w:t>联系方式：0755-86562946</w:t>
      </w:r>
    </w:p>
    <w:p>
      <w:r>
        <w:t>3.项目联系方式</w:t>
      </w:r>
    </w:p>
    <w:p>
      <w:r>
        <w:t>项目联系人：陈工</w:t>
      </w:r>
    </w:p>
    <w:p>
      <w:r>
        <w:t>电话：0755-86562946</w:t>
      </w:r>
    </w:p>
    <w:p>
      <w:r>
        <w:t>正浩招标（深圳）有限公司</w:t>
      </w:r>
    </w:p>
    <w:p>
      <w:r>
        <w:t>2025年12月09日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1253900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