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自学考试学历证明的办理时限是多少天？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https://eea.gd.gov.cn/dawenku/ksbk/content/post_4935920.html</w:t>
        </w:r>
      </w:hyperlink>
    </w:p>
    <w:p/>
    <w:p>
      <w:r>
        <w:t>学历证明的办理时限是7个工作日。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9359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