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深圳市2026年中考体育考试圆满收官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https://szeb.sz.gov.cn/szzkw/qt/sylb/content/post_12763335.html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https://szeb.sz.gov.cn/szzkw/qt/tzgg/content/post_12763330.html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https://szeb.sz.gov.cn/szzkw/zkgg/zkxx/content/post_12763313.html</w:t>
        </w:r>
      </w:hyperlink>
    </w:p>
    <w:p/>
    <w:p>
      <w:r>
        <w:t>4月30日下午，随着龙城高级中学考点游泳项目最后一场测试完成，深圳市2026年中考体育考试顺利落下帷幕。本次考试于4月13日至30日举行，在全市教育、公安、卫健、交通、气象等多部门协同保障下，全程安全、平稳、有序。</w:t>
      </w:r>
    </w:p>
    <w:p>
      <w:r>
        <w:drawing>
          <wp:inline xmlns:a="http://schemas.openxmlformats.org/drawingml/2006/main" xmlns:pic="http://schemas.openxmlformats.org/drawingml/2006/picture">
            <wp:extent cx="6400800" cy="45925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b52f6b45834d468bc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92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多方联动，全力护航</w:t>
      </w:r>
    </w:p>
    <w:p>
      <w:r>
        <w:t>市、区教育行政部门提前部署，组织各考点召开考务培训会，细化流程、明确职责。公安部门加强考点周边交通疏导与治安管理，卫健部门全程驻点保障考生健康，气象部门及时提供天气预警服务，合力营造良好考试环境。</w:t>
      </w:r>
    </w:p>
    <w:p>
      <w:r>
        <w:t>考试期间，全体考务人员坚持以考生为中心，耐心解答疑问，提供必要的医疗与心理支持。在考生、家长、学校及社会各界积极配合下，考试平稳有序完成。</w:t>
      </w:r>
    </w:p>
    <w:p>
      <w:r>
        <w:t>严格监管，捍卫公平</w:t>
      </w:r>
    </w:p>
    <w:p>
      <w:r>
        <w:t>今年我市进一步强化信息化监管，全面实行市级技术监督员驻点、监考员跨区交叉执考制度。所有考试项目全程视频监控，并实时上传至市招考办考试指挥中心，确保过程可追溯、可监督。</w:t>
      </w:r>
    </w:p>
    <w:p>
      <w:r>
        <w:t>考场严格执行“全封闭、零干扰”管理，涉考人员手机统一保管，非工作人员严禁进入考试区域。各考点统一评分标准，规范考场与人员管理，保障评判客观公正。</w:t>
      </w:r>
    </w:p>
    <w:p>
      <w:r>
        <w:t>考试期间，市教育局领导多次带队巡视督导，市招考办成立专项检查组随机抽查。各考点还设立考风考纪监督举报渠道，主动接受社会监督。</w:t>
      </w:r>
    </w:p>
    <w:p>
      <w:r>
        <w:t>后续安排与成绩查询</w:t>
      </w:r>
    </w:p>
    <w:p>
      <w:r>
        <w:t>缓考、补考将于5月13日至14日统一进行。5月31日起，考生可通过所在学校查询成绩，各校须在“深圳市中考招生管理系统”下载并公示成绩。如对成绩有异议，可向学校提交书面复核申请。发现弄虚作假、徇私舞弊者，可向区教育行政部门或市招考办举报（市招考办举报电话：82208023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2763335.html" TargetMode="External"/><Relationship Id="rId11" Type="http://schemas.openxmlformats.org/officeDocument/2006/relationships/hyperlink" Target="https://szeb.sz.gov.cn/szzkw/qt/tzgg/content/post_12763330.html" TargetMode="External"/><Relationship Id="rId12" Type="http://schemas.openxmlformats.org/officeDocument/2006/relationships/hyperlink" Target="https://szeb.sz.gov.cn/szzkw/zkgg/zkxx/content/post_12763313.html" TargetMode="Externa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