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本科插班生报名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2016-03-08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报考指南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https://eea.gd.gov.cn/bmbk/bkzn/content/post_2533861.html</w:t>
        </w:r>
      </w:hyperlink>
    </w:p>
    <w:p/>
    <w:p>
      <w:r>
        <w:t>广东省普通高校招收本科插班生考试报名</w:t>
      </w:r>
    </w:p>
    <w:p>
      <w:r>
        <w:t>主办机构：广东省教育考试院</w:t>
      </w:r>
    </w:p>
    <w:p>
      <w:r>
        <w:t>事项名称</w:t>
      </w:r>
    </w:p>
    <w:p>
      <w:r>
        <w:t>广东省普通高校招收本科插班生考试报名</w:t>
      </w:r>
    </w:p>
    <w:p>
      <w:r>
        <w:t>主办机构</w:t>
      </w:r>
    </w:p>
    <w:p>
      <w:r>
        <w:t>广东省教育考试院</w:t>
      </w:r>
    </w:p>
    <w:p>
      <w:r>
        <w:t>有关依据</w:t>
      </w:r>
    </w:p>
    <w:p>
      <w:r>
        <w:t>广东省本年度有关本科插班生招生统一考试报名的规定</w:t>
      </w:r>
    </w:p>
    <w:p>
      <w:r>
        <w:t>审批范围和条件</w:t>
      </w:r>
    </w:p>
    <w:p>
      <w:r>
        <w:t>对坚持四项基本原则，热爱祖国，品德良好，遵纪守法，决心为社会主义现代化建设勤奋学习且具有培养前途，就读广东省普通高校专科应届毕业生（含外省生源在内），广东省户籍或广东生源在省外普通高校就读的高职高专应届毕业生，以及其他取得国民教育专科毕业文凭的广东省户籍人员，依规定予以办理报名考试。</w:t>
      </w:r>
    </w:p>
    <w:p>
      <w:r>
        <w:t>办事流程</w:t>
      </w:r>
    </w:p>
    <w:p>
      <w:r>
        <w:t>1．登录广东省教育考试院网站（eea.gd.gov.cn），进入“广东省本科插班生网上报名系统”进行预报名，阅读相关报考规定、要求，签订《诚信考试承诺书》，录入报名信息；</w:t>
      </w:r>
    </w:p>
    <w:p>
      <w:r>
        <w:t>2．核对填写的报名信息后进行网上确认，获取预报名号和设定密码；</w:t>
      </w:r>
    </w:p>
    <w:p>
      <w:r>
        <w:t>3．到报名点交验报名材料；</w:t>
      </w:r>
    </w:p>
    <w:p>
      <w:r>
        <w:t>4．进行电子摄像，并在报名点打印的《广东省本科插班生报名登记表》上签名确认；</w:t>
      </w:r>
    </w:p>
    <w:p>
      <w:r>
        <w:t>5．省教育考试院组织审核报名材料，发放准考证。</w:t>
      </w:r>
    </w:p>
    <w:p>
      <w:r>
        <w:t>申报材料</w:t>
      </w:r>
    </w:p>
    <w:p>
      <w:r>
        <w:t xml:space="preserve"> 1．第二代居民身份证原件及复印件。</w:t>
      </w:r>
    </w:p>
    <w:p>
      <w:r>
        <w:t xml:space="preserve"> 2．往届生须交验户口本、专科毕业证书原件与复印件。</w:t>
      </w:r>
    </w:p>
    <w:p>
      <w:r>
        <w:t xml:space="preserve"> 3．应届毕业生须交验所在学校加盖公章的最后学历成绩单、当年专科入学录取名册复印件，并在入学时补验毕业证书原件。</w:t>
      </w:r>
    </w:p>
    <w:p>
      <w:r>
        <w:t>办结时限</w:t>
      </w:r>
    </w:p>
    <w:p>
      <w:r>
        <w:t xml:space="preserve"> 每年1月份报名 （具体时间以当年教育部文件确定的时间为准）</w:t>
      </w:r>
    </w:p>
    <w:p>
      <w:r>
        <w:t>收费项目收费标准</w:t>
      </w:r>
    </w:p>
    <w:p>
      <w:r>
        <w:t xml:space="preserve"> 考试费每人每科40元</w:t>
      </w:r>
    </w:p>
    <w:p>
      <w:r>
        <w:t>咨询电话</w:t>
      </w:r>
    </w:p>
    <w:p>
      <w:r>
        <w:t xml:space="preserve"> 020-38627844，38627877</w:t>
      </w:r>
    </w:p>
    <w:p>
      <w:r>
        <w:t>投诉电话</w:t>
      </w:r>
    </w:p>
    <w:p>
      <w:r>
        <w:t xml:space="preserve"> 020-38627855</w:t>
      </w:r>
    </w:p>
    <w:p>
      <w:r>
        <w:t>受理地址</w:t>
      </w:r>
    </w:p>
    <w:p>
      <w:r>
        <w:t xml:space="preserve"> 有关高等学校报名点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/bkzn/content/post_25338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