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宋庆龄基金会“致远助学基金”项目简介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2019-05-27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社考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https://szeb.sz.gov.cn/szzkw/zkgg/skxx/content/post_8946839.html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980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a71d85e0d9023734382ad830501fc6cfc386df6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98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655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a71d85e0d9023734382ad830501fc6cfc386df6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65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980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37d1c1bc57208238edacc29442997d7c39bc465-000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98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6557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37d1c1bc57208238edacc29442997d7c39bc465-001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6557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skxx/content/post_8946839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