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1c9a6945c7d43b3a0f192a5a4fcf4a4039f40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1c9a6945c7d43b3a0f192a5a4fcf4a4039f40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