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关于做好广东省2027年普通高校招收中等职业学校毕业生统一考试招生工作的通知</w:t>
      </w:r>
    </w:p>
    <w:p>
      <w:r>
        <w:rPr>
          <w:sz w:val="18"/>
        </w:rPr>
        <w:t>整理归属  广东省教育考试院</w:t>
      </w:r>
    </w:p>
    <w:p>
      <w:r>
        <w:rPr>
          <w:sz w:val="18"/>
        </w:rPr>
        <w:t>发布日期  2026-10-13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https://eea.gd.gov.cn/tzgg/content/post_4966037.html</w:t>
        </w:r>
      </w:hyperlink>
    </w:p>
    <w:p>
      <w:r>
        <w:t xml:space="preserve">同文来源  </w:t>
      </w:r>
      <w:hyperlink r:id="rId11">
        <w:r>
          <w:rPr>
            <w:color w:val="18548A"/>
          </w:rPr>
          <w:t>https://eea.gd.gov.cn/ptgk/content/post_4965735.html</w:t>
        </w:r>
      </w:hyperlink>
    </w:p>
    <w:p/>
    <w:p>
      <w:r>
        <w:t>各地级以上市招生委员会、教育局，各普通高校，各省属中等职业学校：</w:t>
      </w:r>
    </w:p>
    <w:p>
      <w:r>
        <w:t>现就做好我省2027年普通高校招收中等职业学校毕业生“3+证书”考试招生有关工作通知如下：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2027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2027年普通高校招生统一考试报名工作的通知》（粤招〔2026〕7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中职对口专业和技能证书要求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各院校2027年“3+证书”考试招生计划原则上不少于2026年。</w:t>
      </w:r>
    </w:p>
    <w:p>
      <w:r>
        <w:t>各院校须在规定时间内登录“广东省普通高校招生来源计划网上编制系统”，按照院校专业组编制招生计划，招生计划需具体公布到各专业，由省招生办汇总后在《广东省2027年普通高校春季高考统一招生专业目录（中职生版）》（简称“招生专业目录”）中公布。未经省教育厅业务主管部门同意，各高校不得提前发布2027年“3+证书”招生专业和计划情况，具体招生计划申报及编制工作时间安排另行通知。</w:t>
      </w:r>
    </w:p>
    <w:p>
      <w:r>
        <w:t>院校根据招生专业的证书要求、招生特征等，分成若干专业组。同一院校专业组内各专业的证书要求、招生特征须相同。同一专业原则上只能在一个院校专业组中。</w:t>
      </w:r>
    </w:p>
    <w:p>
      <w:r>
        <w:t>高职院校招收退役士兵考生，单列计划、单独划线、单独录取。顺德职业技术大学等28所高职院校（详见附件2）安排招生计划招收退役士兵考生。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录取条件要求被退档的，后果由考生承担。</w:t>
      </w:r>
    </w:p>
    <w:p>
      <w:r>
        <w:t>六、投档录取</w:t>
      </w:r>
    </w:p>
    <w:p>
      <w:r>
        <w:t>（一）分数线划定</w:t>
      </w:r>
    </w:p>
    <w:p>
      <w:r>
        <w:t>省招生委员会以统一文化科目考试（语文、数学、英语）总成绩，按招生计划一定比例确定各批次类别录取最低分数线。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规则，根据考生报考专业志愿和相关证书情况分档录取。</w:t>
      </w:r>
    </w:p>
    <w:p>
      <w:r>
        <w:t>4.退役士兵考生、内地西藏新疆中职班（含青海藏区生源）应届毕业生报考高职院校，分别单独划定录取最低分数线。各高职院校在省招生委员会划定的录取最低分数线上考生中，根据院校录取规则择优录取。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“3+证书”考试报名（与普通高考报名同期进行）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2027年1月（具体时间另文通知）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全省统一文化科目考试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2027年1月下旬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本科层次招生院校公布拟招生专业中职对口专业和技能证书要求</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考生填报志愿、高校进行招生录取</w:t>
            </w:r>
          </w:p>
        </w:tc>
      </w:tr>
    </w:tbl>
    <w:p/>
    <w:p>
      <w:r>
        <w:t>注：根据工作实际，以上时间安排如有调整，将另行通知</w:t>
      </w:r>
    </w:p>
    <w:p>
      <w:r>
        <w:t>八、工作要求</w:t>
      </w:r>
    </w:p>
    <w:p>
      <w:r>
        <w:t>（一）加强组织领导，压实工作责任。各级教育行政部门、招考机构要高度重视，加强组织领导，抓好责任落实。各地、各中职学校要做好宣传动员工作，动员和鼓励有升学意向的学生积极报名、认真备考。各高校要按照教育部和省的统一部署，认真制定招生章程，明确录取规则，根据高级应用型技能人才培养的特点、要求和规律，科学合理确定招生专业对应的证书要求。</w:t>
      </w:r>
    </w:p>
    <w:p>
      <w:r>
        <w:t>（二）规范招生行为，维护公平公正。各高校要在学校招生委员会领导下，精心组织实施，确保各环节有章可循、有据可依。各高校不得组织与招生录取挂钩的有关培训，不得为吸引生源而降低应用型人才选拔和培养标准。</w:t>
      </w:r>
    </w:p>
    <w:p>
      <w:r>
        <w:t>本科层次招生高校要切实做好考试招生工作方案制定以及职业技能考核测试考试说明公布、报名资格审核、组考及评卷等工作，切实加强安全保密管理。职业技能考核命题工作要按照秘密级别管理，各招生高校要建立命题工作制度。组织考核时要加强考务工作全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（三）认真总结经验，稳步推进改革。各级教育部门、招生考试机构和有关高校、中等职业学校要总结经验，及时反馈存在的问题和不足，促使各项政策措施不断完善，保障考试招生工作稳步有序推进。</w:t>
      </w:r>
    </w:p>
    <w:p>
      <w:r>
        <w:t>请各级教育行政部门速将本通知发至所辖各有关中等职业学校。</w:t>
      </w:r>
    </w:p>
    <w:p>
      <w:r>
        <w:t>附件：</w:t>
      </w:r>
    </w:p>
    <w:p>
      <w:r>
        <w:t>1.2027年“3+证书”考试技能证书目录</w:t>
      </w:r>
    </w:p>
    <w:p>
      <w:r>
        <w:t>2.广东省2027年“3+证书”考试招收退役士兵院校一览表</w:t>
      </w:r>
    </w:p>
    <w:p>
      <w:r>
        <w:t>广东省招生委员会办公室</w:t>
      </w:r>
    </w:p>
    <w:p>
      <w:r>
        <w:t>2026年10月11日</w:t>
      </w:r>
    </w:p>
    <w:p>
      <w:r>
        <w:drawing>
          <wp:inline xmlns:a="http://schemas.openxmlformats.org/drawingml/2006/main" xmlns:pic="http://schemas.openxmlformats.org/drawingml/2006/picture">
            <wp:extent cx="6400800" cy="6989534"/>
            <wp:docPr id="1" name="Picture 1"/>
            <wp:cNvGraphicFramePr>
              <a:graphicFrameLocks noChangeAspect="1"/>
            </wp:cNvGraphicFramePr>
            <a:graphic>
              <a:graphicData uri="http://schemas.openxmlformats.org/drawingml/2006/picture">
                <pic:pic>
                  <pic:nvPicPr>
                    <pic:cNvPr id="0" name="3ca065939a6f3d20d2d4407a.png"/>
                    <pic:cNvPicPr/>
                  </pic:nvPicPr>
                  <pic:blipFill>
                    <a:blip r:embed="rId12"/>
                    <a:stretch>
                      <a:fillRect/>
                    </a:stretch>
                  </pic:blipFill>
                  <pic:spPr>
                    <a:xfrm>
                      <a:off x="0" y="0"/>
                      <a:ext cx="6400800" cy="6989534"/>
                    </a:xfrm>
                    <a:prstGeom prst="rect"/>
                  </pic:spPr>
                </pic:pic>
              </a:graphicData>
            </a:graphic>
          </wp:inline>
        </w:drawing>
      </w:r>
    </w:p>
    <w:p>
      <w:r>
        <w:drawing>
          <wp:inline xmlns:a="http://schemas.openxmlformats.org/drawingml/2006/main" xmlns:pic="http://schemas.openxmlformats.org/drawingml/2006/picture">
            <wp:extent cx="6400800" cy="7384711"/>
            <wp:docPr id="2" name="Picture 2"/>
            <wp:cNvGraphicFramePr>
              <a:graphicFrameLocks noChangeAspect="1"/>
            </wp:cNvGraphicFramePr>
            <a:graphic>
              <a:graphicData uri="http://schemas.openxmlformats.org/drawingml/2006/picture">
                <pic:pic>
                  <pic:nvPicPr>
                    <pic:cNvPr id="0" name="09cfa6cbbb4db7f7262a0d7a.png"/>
                    <pic:cNvPicPr/>
                  </pic:nvPicPr>
                  <pic:blipFill>
                    <a:blip r:embed="rId13"/>
                    <a:stretch>
                      <a:fillRect/>
                    </a:stretch>
                  </pic:blipFill>
                  <pic:spPr>
                    <a:xfrm>
                      <a:off x="0" y="0"/>
                      <a:ext cx="6400800" cy="738471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66037.html" TargetMode="External"/><Relationship Id="rId11" Type="http://schemas.openxmlformats.org/officeDocument/2006/relationships/hyperlink" Target="https://eea.gd.gov.cn/ptgk/content/post_4965735.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