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广东省2026年普通高校招生录取工作日程表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https://szeb.sz.gov.cn/szzkw/qt/tzgg/content/post_12879285.html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https://szeb.sz.gov.cn/szzkw/zkgg/gkxx/content/post_12879283.html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799" cy="67170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47450560224ab56a9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67170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49811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5b6b7bc927369aeea0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74408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1d7a227c4d60d9d05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440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79285.html" TargetMode="External"/><Relationship Id="rId11" Type="http://schemas.openxmlformats.org/officeDocument/2006/relationships/hyperlink" Target="https://szeb.sz.gov.cn/szzkw/zkgg/gkxx/content/post_12879283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