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关于广东省2025年普通高校招生录取结果查询安排的通知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2025-07-11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https://eea.gd.gov.cn/ptgk/content/post_4743418.html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https://eea.gd.gov.cn/news/content/post_4743441.html</w:t>
        </w:r>
      </w:hyperlink>
    </w:p>
    <w:p/>
    <w:p>
      <w:r>
        <w:t>各地级以上市招生办公室（考试中心、考试院）：</w:t>
      </w:r>
    </w:p>
    <w:p>
      <w:r>
        <w:t>我省2025年普通高等学校招生录取工作已经开始，现将我省2025年普通高校招生录取结果查询有关安排通知如下：</w:t>
      </w:r>
    </w:p>
    <w:p>
      <w:r>
        <w:t>一、查询时间安排</w:t>
      </w:r>
    </w:p>
    <w:p>
      <w:r>
        <w:t>2025年普通高校招生录取结果由我院统一发布。普通高校招生录取期间，每天17:00前我院将截至当天11:30已经录取的考生数据，通过广东省教育考试院官方微信（ID：gdsksy）小程序、手机短信和百度小程序公布。</w:t>
      </w:r>
    </w:p>
    <w:p>
      <w:r>
        <w:t>二、查询方式</w:t>
      </w:r>
    </w:p>
    <w:p>
      <w:r>
        <w:t>（一）微信小程序查询方式</w:t>
      </w:r>
    </w:p>
    <w:p>
      <w:r>
        <w:t>考生可关注省教育考试院微信公众号，在页面底部选择“小程序”栏，通过考生号和密码登录即可查询考生录取结果。</w:t>
      </w:r>
    </w:p>
    <w:p>
      <w:r>
        <w:t>（二）手机短信推送方式</w:t>
      </w:r>
    </w:p>
    <w:p>
      <w:r>
        <w:t>我院将通过号码10639678、106903335678、1069066175678或1069183975678向已录取考生在高考志愿填报系统绑定的手机号码推送录取结果。</w:t>
      </w:r>
    </w:p>
    <w:p>
      <w:r>
        <w:t>（三）百度小程序查询方式</w:t>
      </w:r>
    </w:p>
    <w:p>
      <w:r>
        <w:t>通过百度App搜索“广东省教育考试院”，打开“广东省教育考试院—官方小程序”，点击“录取结果”，按栏目指引即可查询录取结果。</w:t>
      </w:r>
    </w:p>
    <w:p>
      <w:r>
        <w:t>广东省教育考试院</w:t>
      </w:r>
    </w:p>
    <w:p>
      <w:r>
        <w:t>2025年7月11日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43418.html" TargetMode="External"/><Relationship Id="rId11" Type="http://schemas.openxmlformats.org/officeDocument/2006/relationships/hyperlink" Target="https://eea.gd.gov.cn/news/content/post_474344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