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暖心护考①｜“三考”护卫队上线！全方位护航深圳考生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2022-05-30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https://szeb.sz.gov.cn/szzkw/zkgg/gkxx/content/post_9836517.html</w:t>
        </w:r>
      </w:hyperlink>
    </w:p>
    <w:p/>
    <w:p>
      <w:pPr>
        <w:keepNext/>
      </w:pPr>
      <w:r>
        <w:t>原图分页 1/10</w:t>
      </w:r>
    </w:p>
    <w:p>
      <w:r>
        <w:drawing>
          <wp:inline xmlns:a="http://schemas.openxmlformats.org/drawingml/2006/main" xmlns:pic="http://schemas.openxmlformats.org/drawingml/2006/picture">
            <wp:extent cx="6400800" cy="38034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fc2076abad053b14e1c4904c24bd8b3f7f16a3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34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2/10</w:t>
      </w:r>
    </w:p>
    <w:p>
      <w:r>
        <w:drawing>
          <wp:inline xmlns:a="http://schemas.openxmlformats.org/drawingml/2006/main" xmlns:pic="http://schemas.openxmlformats.org/drawingml/2006/picture">
            <wp:extent cx="6400800" cy="81457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fc2076abad053b14e1c4904c24bd8b3f7f16a3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3/10</w:t>
      </w:r>
    </w:p>
    <w:p>
      <w:r>
        <w:drawing>
          <wp:inline xmlns:a="http://schemas.openxmlformats.org/drawingml/2006/main" xmlns:pic="http://schemas.openxmlformats.org/drawingml/2006/picture">
            <wp:extent cx="6400800" cy="814574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fc2076abad053b14e1c4904c24bd8b3f7f16a3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4/10</w:t>
      </w:r>
    </w:p>
    <w:p>
      <w:r>
        <w:drawing>
          <wp:inline xmlns:a="http://schemas.openxmlformats.org/drawingml/2006/main" xmlns:pic="http://schemas.openxmlformats.org/drawingml/2006/picture">
            <wp:extent cx="6400800" cy="814574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fc2076abad053b14e1c4904c24bd8b3f7f16a3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5/10</w:t>
      </w:r>
    </w:p>
    <w:p>
      <w:r>
        <w:drawing>
          <wp:inline xmlns:a="http://schemas.openxmlformats.org/drawingml/2006/main" xmlns:pic="http://schemas.openxmlformats.org/drawingml/2006/picture">
            <wp:extent cx="6400800" cy="814574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fc2076abad053b14e1c4904c24bd8b3f7f16a3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6/10</w:t>
      </w:r>
    </w:p>
    <w:p>
      <w:r>
        <w:drawing>
          <wp:inline xmlns:a="http://schemas.openxmlformats.org/drawingml/2006/main" xmlns:pic="http://schemas.openxmlformats.org/drawingml/2006/picture">
            <wp:extent cx="6400800" cy="814574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fc2076abad053b14e1c4904c24bd8b3f7f16a3-00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7/10</w:t>
      </w:r>
    </w:p>
    <w:p>
      <w:r>
        <w:drawing>
          <wp:inline xmlns:a="http://schemas.openxmlformats.org/drawingml/2006/main" xmlns:pic="http://schemas.openxmlformats.org/drawingml/2006/picture">
            <wp:extent cx="6400800" cy="814574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fc2076abad053b14e1c4904c24bd8b3f7f16a3-00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8/10</w:t>
      </w:r>
    </w:p>
    <w:p>
      <w:r>
        <w:drawing>
          <wp:inline xmlns:a="http://schemas.openxmlformats.org/drawingml/2006/main" xmlns:pic="http://schemas.openxmlformats.org/drawingml/2006/picture">
            <wp:extent cx="6400800" cy="814574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fc2076abad053b14e1c4904c24bd8b3f7f16a3-007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9/10</w:t>
      </w:r>
    </w:p>
    <w:p>
      <w:r>
        <w:drawing>
          <wp:inline xmlns:a="http://schemas.openxmlformats.org/drawingml/2006/main" xmlns:pic="http://schemas.openxmlformats.org/drawingml/2006/picture">
            <wp:extent cx="6400800" cy="814574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fc2076abad053b14e1c4904c24bd8b3f7f16a3-008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10/10</w:t>
      </w:r>
    </w:p>
    <w:p>
      <w:r>
        <w:drawing>
          <wp:inline xmlns:a="http://schemas.openxmlformats.org/drawingml/2006/main" xmlns:pic="http://schemas.openxmlformats.org/drawingml/2006/picture">
            <wp:extent cx="6400800" cy="2645557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fc2076abad053b14e1c4904c24bd8b3f7f16a3-009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45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1/11</w:t>
      </w:r>
    </w:p>
    <w:p>
      <w:r>
        <w:drawing>
          <wp:inline xmlns:a="http://schemas.openxmlformats.org/drawingml/2006/main" xmlns:pic="http://schemas.openxmlformats.org/drawingml/2006/picture">
            <wp:extent cx="6400800" cy="380349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1920926e54925af19adc8a6b0db02aae887cdf-00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34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2/11</w:t>
      </w:r>
    </w:p>
    <w:p>
      <w:r>
        <w:drawing>
          <wp:inline xmlns:a="http://schemas.openxmlformats.org/drawingml/2006/main" xmlns:pic="http://schemas.openxmlformats.org/drawingml/2006/picture">
            <wp:extent cx="6400800" cy="8145742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1920926e54925af19adc8a6b0db02aae887cdf-00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3/11</w:t>
      </w:r>
    </w:p>
    <w:p>
      <w:r>
        <w:drawing>
          <wp:inline xmlns:a="http://schemas.openxmlformats.org/drawingml/2006/main" xmlns:pic="http://schemas.openxmlformats.org/drawingml/2006/picture">
            <wp:extent cx="6400800" cy="8145742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1920926e54925af19adc8a6b0db02aae887cdf-002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4/11</w:t>
      </w:r>
    </w:p>
    <w:p>
      <w:r>
        <w:drawing>
          <wp:inline xmlns:a="http://schemas.openxmlformats.org/drawingml/2006/main" xmlns:pic="http://schemas.openxmlformats.org/drawingml/2006/picture">
            <wp:extent cx="6400800" cy="8145742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1920926e54925af19adc8a6b0db02aae887cdf-003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5/11</w:t>
      </w:r>
    </w:p>
    <w:p>
      <w:r>
        <w:drawing>
          <wp:inline xmlns:a="http://schemas.openxmlformats.org/drawingml/2006/main" xmlns:pic="http://schemas.openxmlformats.org/drawingml/2006/picture">
            <wp:extent cx="6400800" cy="8145742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1920926e54925af19adc8a6b0db02aae887cdf-004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6/11</w:t>
      </w:r>
    </w:p>
    <w:p>
      <w:r>
        <w:drawing>
          <wp:inline xmlns:a="http://schemas.openxmlformats.org/drawingml/2006/main" xmlns:pic="http://schemas.openxmlformats.org/drawingml/2006/picture">
            <wp:extent cx="6400800" cy="8145742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1920926e54925af19adc8a6b0db02aae887cdf-005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7/11</w:t>
      </w:r>
    </w:p>
    <w:p>
      <w:r>
        <w:drawing>
          <wp:inline xmlns:a="http://schemas.openxmlformats.org/drawingml/2006/main" xmlns:pic="http://schemas.openxmlformats.org/drawingml/2006/picture">
            <wp:extent cx="6400800" cy="8145742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1920926e54925af19adc8a6b0db02aae887cdf-006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8/11</w:t>
      </w:r>
    </w:p>
    <w:p>
      <w:r>
        <w:drawing>
          <wp:inline xmlns:a="http://schemas.openxmlformats.org/drawingml/2006/main" xmlns:pic="http://schemas.openxmlformats.org/drawingml/2006/picture">
            <wp:extent cx="6400800" cy="8145742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1920926e54925af19adc8a6b0db02aae887cdf-007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9/11</w:t>
      </w:r>
    </w:p>
    <w:p>
      <w:r>
        <w:drawing>
          <wp:inline xmlns:a="http://schemas.openxmlformats.org/drawingml/2006/main" xmlns:pic="http://schemas.openxmlformats.org/drawingml/2006/picture">
            <wp:extent cx="6400800" cy="8145742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1920926e54925af19adc8a6b0db02aae887cdf-008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10/11</w:t>
      </w:r>
    </w:p>
    <w:p>
      <w:r>
        <w:drawing>
          <wp:inline xmlns:a="http://schemas.openxmlformats.org/drawingml/2006/main" xmlns:pic="http://schemas.openxmlformats.org/drawingml/2006/picture">
            <wp:extent cx="6400800" cy="8145742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1920926e54925af19adc8a6b0db02aae887cdf-009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11/11</w:t>
      </w:r>
    </w:p>
    <w:p>
      <w:r>
        <w:drawing>
          <wp:inline xmlns:a="http://schemas.openxmlformats.org/drawingml/2006/main" xmlns:pic="http://schemas.openxmlformats.org/drawingml/2006/picture">
            <wp:extent cx="6400800" cy="566905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1920926e54925af19adc8a6b0db02aae887cdf-010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669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1/6</w:t>
      </w:r>
    </w:p>
    <w:p>
      <w:r>
        <w:drawing>
          <wp:inline xmlns:a="http://schemas.openxmlformats.org/drawingml/2006/main" xmlns:pic="http://schemas.openxmlformats.org/drawingml/2006/picture">
            <wp:extent cx="6400800" cy="380478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7c60a44da5ee3459bdc5c372639360f4bc97235-000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7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2/6</w:t>
      </w:r>
    </w:p>
    <w:p>
      <w:r>
        <w:drawing>
          <wp:inline xmlns:a="http://schemas.openxmlformats.org/drawingml/2006/main" xmlns:pic="http://schemas.openxmlformats.org/drawingml/2006/picture">
            <wp:extent cx="6400800" cy="815311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7c60a44da5ee3459bdc5c372639360f4bc97235-001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3/6</w:t>
      </w:r>
    </w:p>
    <w:p>
      <w:r>
        <w:drawing>
          <wp:inline xmlns:a="http://schemas.openxmlformats.org/drawingml/2006/main" xmlns:pic="http://schemas.openxmlformats.org/drawingml/2006/picture">
            <wp:extent cx="6400800" cy="815311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7c60a44da5ee3459bdc5c372639360f4bc97235-002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4/6</w:t>
      </w:r>
    </w:p>
    <w:p>
      <w:r>
        <w:drawing>
          <wp:inline xmlns:a="http://schemas.openxmlformats.org/drawingml/2006/main" xmlns:pic="http://schemas.openxmlformats.org/drawingml/2006/picture">
            <wp:extent cx="6400800" cy="815311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7c60a44da5ee3459bdc5c372639360f4bc97235-003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5/6</w:t>
      </w:r>
    </w:p>
    <w:p>
      <w:r>
        <w:drawing>
          <wp:inline xmlns:a="http://schemas.openxmlformats.org/drawingml/2006/main" xmlns:pic="http://schemas.openxmlformats.org/drawingml/2006/picture">
            <wp:extent cx="6400800" cy="815311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7c60a44da5ee3459bdc5c372639360f4bc97235-004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6/6</w:t>
      </w:r>
    </w:p>
    <w:p>
      <w:r>
        <w:drawing>
          <wp:inline xmlns:a="http://schemas.openxmlformats.org/drawingml/2006/main" xmlns:pic="http://schemas.openxmlformats.org/drawingml/2006/picture">
            <wp:extent cx="6400800" cy="2393202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7c60a44da5ee3459bdc5c372639360f4bc97235-005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39320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983651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