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关于2026年全国联招入学考试广东考区考点安排的通知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2026-04-30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https://eea.gd.gov.cn/lhzs/content/post_4891963.html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https://eea.gd.gov.cn/tzgg/content/post_4892060.html</w:t>
        </w:r>
      </w:hyperlink>
    </w:p>
    <w:p/>
    <w:p>
      <w:r>
        <w:t>2026年全国联招入学考试将于5月23、24日进行，本次考试广东考区在广州和深圳两地设立考点，具体安排如下：</w:t>
      </w:r>
    </w:p>
    <w:p>
      <w:r>
        <w:t>一、广州考点</w:t>
      </w:r>
    </w:p>
    <w:p>
      <w:r>
        <w:t>（一）全部文史类考生安排在广东工业大学（大学城校区）考点考试。地址：广州市番禺大学城广东工业大学(大学城校区)广工一路(教学区东门入口)，考场位于教学二号楼（具体位置见图1），联系电话：020-39322681。</w:t>
      </w:r>
    </w:p>
    <w:p>
      <w:r>
        <w:t>（二）部分理工类香港考生（考生号040120001-040121957）安排在广东技术师范大学（东校区）考点考试。地址：广州市天河区中山大道西293号，考场位于第一、二教学楼（具体位置见图2），联系电话：020-38265603。</w:t>
      </w:r>
    </w:p>
    <w:p>
      <w:r>
        <w:t>（三）部分理工类香港考生（考生号040121958-040124210），全部理工类澳门、台湾及华侨考生安排在暨南大学（石牌校区）考点考试。地址：广州市天河区黄埔大道西601号，考场位于主教学楼（具体位置见图3），联系电话：020-85220130。</w:t>
      </w:r>
    </w:p>
    <w:p>
      <w:r>
        <w:t>二、深圳考点</w:t>
      </w:r>
    </w:p>
    <w:p>
      <w:r>
        <w:t>（一）全部文史类考生安排在深圳市福田区华强职业技术学校（景田校区）考点考试。地址：深圳市红荔西路景田南四街1号，考场位于教学楼（具体位置见图4），联系电话：0755-83919231。</w:t>
      </w:r>
    </w:p>
    <w:p>
      <w:r>
        <w:t>（二）全部理工类考生安排在深圳市第一职业技术学校(福田校区)考点考试。地址：深圳市福田区华富街道福中路13号，考场位于教学楼（具体位置见图5），联系电话：0755-83554011。</w:t>
      </w:r>
    </w:p>
    <w:p>
      <w:r>
        <w:t>三、考生的考场号和座位信息详见准考证。</w:t>
      </w:r>
    </w:p>
    <w:p>
      <w:r>
        <w:t>联合招生办公室</w:t>
      </w:r>
    </w:p>
    <w:p>
      <w:r>
        <w:t>2026年4月29日</w:t>
      </w:r>
    </w:p>
    <w:p>
      <w:r>
        <w:drawing>
          <wp:inline xmlns:a="http://schemas.openxmlformats.org/drawingml/2006/main" xmlns:pic="http://schemas.openxmlformats.org/drawingml/2006/picture">
            <wp:extent cx="6400800" cy="47972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cc60f6ec71e8666fc1b9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972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817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620b7de9d505df4b4986a9bd6b3ef10af58156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81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1924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620b7de9d505df4b4986a9bd6b3ef10af58156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19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83982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78161479bb7e4cd1331b3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398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63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c7896b104734afd4e1cca98b12ec3369e459f65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6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01267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c7896b104734afd4e1cca98b12ec3369e459f65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12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542352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14f76d757864f73ca9c58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235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448965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01a92b6098cd93a5d91a6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4489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624785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2578e8dcccd124f26ee05b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478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891963.html" TargetMode="External"/><Relationship Id="rId11" Type="http://schemas.openxmlformats.org/officeDocument/2006/relationships/hyperlink" Target="https://eea.gd.gov.cn/tzgg/content/post_489206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