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17ae569c8f64087e058922f71d10a2e386c6c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17ae569c8f64087e058922f71d10a2e386c6c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