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我省2023年夏季普通高校招生录取提前批正式投档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https://eea.gd.gov.cn/ptgk/content/post_4215787.html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https://eea.gd.gov.cn/zwgk/sjfb/tjsj/content/post_4215788.html</w:t>
        </w:r>
      </w:hyperlink>
    </w:p>
    <w:p/>
    <w:p>
      <w:r>
        <w:t>我省2023年夏季普通高校招生录取工作于7月9日正式开始。省招生办对提前批普通类的空军、海军招飞院校和军检院校，以及提前批独立设置本科艺术院校（含参照）及经批准的院校（专业）的统考+校考类别进行了投档录取。</w:t>
      </w:r>
    </w:p>
    <w:p>
      <w:r>
        <w:t>空军、海军招飞共投出72人，目前已完成录取工作，其中空军招飞录取68人，海军招飞录取4人。</w:t>
      </w:r>
    </w:p>
    <w:p>
      <w:r>
        <w:t>军检院校共投出3343人，其中军检院校普通类（物理）投出2371人，普通类（历史）投出972人。从投档结果来看，绝大部分院校均满档。</w:t>
      </w:r>
    </w:p>
    <w:p>
      <w:r>
        <w:t>提前批军检院校和独立设置本科艺术院校（含参照）及经批准的院校（专业）的统考+校考类别的录取工作预计于7月12日结束，录取结果会根据招生院校录取进度情况陆续公布，考生可于今天下午17:00开始查询已结束录取的院校录取结果。</w:t>
      </w:r>
    </w:p>
    <w:p>
      <w:r>
        <w:t>根据招生录取工作日程安排，提前批独立设置本科艺术院校（含参照）及经批准的院校（专业）的统考合格类别和非军检院校将分别于7月12日和13日开始正式投档。</w:t>
      </w:r>
    </w:p>
    <w:p>
      <w:r>
        <w:t>广东省教育考试院</w:t>
      </w:r>
    </w:p>
    <w:p>
      <w:r>
        <w:t>2023年7月11日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/>
        </w:trP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6400800" cy="609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8455733772618fe5da799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0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7118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99ae8c908c9e779ff7ca5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11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379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57c9295584fdec1ae61b50d635cba841946793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82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57c9295584fdec1ae61b50d635cba841946793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193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57c9295584fdec1ae61b50d635cba841946793-00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3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51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676b1ed9a40e8aa945ab89dab2eb597e466bf2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4985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676b1ed9a40e8aa945ab89dab2eb597e466bf2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4985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676b1ed9a40e8aa945ab89dab2eb597e466bf2-00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4985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676b1ed9a40e8aa945ab89dab2eb597e466bf2-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51076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676b1ed9a40e8aa945ab89dab2eb597e466bf2-00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076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5787.html" TargetMode="External"/><Relationship Id="rId11" Type="http://schemas.openxmlformats.org/officeDocument/2006/relationships/hyperlink" Target="https://eea.gd.gov.cn/zwgk/sjfb/tjsj/content/post_4215788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