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关于补办2025年下半年自学考试毕业申请工作的通告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2025-12-24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https://szeb.sz.gov.cn/szzkw/qt/tzgg/content/post_12565974.html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https://szeb.sz.gov.cn/szzkw/zkgg/zkxx1/content/post_12565964.html</w:t>
        </w:r>
      </w:hyperlink>
    </w:p>
    <w:p/>
    <w:p>
      <w:r>
        <w:t>各有关考生：</w:t>
      </w:r>
    </w:p>
    <w:p>
      <w:r>
        <w:t>根据省教育考试院《关于补办2025年下半年自学考试毕业手续的通告》要求，省教育考试院将于12月25日重新开放广东省自学考试管理系统，接受考生补办今年下半年毕业申请。现就有关事项通告如下：</w:t>
      </w:r>
    </w:p>
    <w:p>
      <w:r>
        <w:t>一、补办毕业申请时间（含毕业证照片审核）</w:t>
      </w:r>
    </w:p>
    <w:p>
      <w:r>
        <w:t>12月25日（星期四）9：00—16：00。请补办毕业申请的考生及时登录系统完成毕业申请相关手续，逾期不再受理。</w:t>
      </w:r>
    </w:p>
    <w:p>
      <w:r>
        <w:t>二、考生提交毕业材料时间、地点</w:t>
      </w:r>
    </w:p>
    <w:p>
      <w:r>
        <w:t>（一）提交毕业材料时间：12月25—26日，上午9:00—12:00，下午2:00—6:00。</w:t>
      </w:r>
    </w:p>
    <w:p>
      <w:r>
        <w:t>三、其他事项</w:t>
      </w:r>
    </w:p>
    <w:p>
      <w:r>
        <w:t>毕业材料要求请参阅《关于开展深圳市2025年下半年自学考试毕业办理工作的通知》（网址：https://szeb.sz.gov.cn/szzkw/zkgg/zkxx1/content/post_12534037.html）。</w:t>
      </w:r>
    </w:p>
    <w:p>
      <w:r>
        <w:t>深圳市招生考试办公室</w:t>
      </w:r>
    </w:p>
    <w:p>
      <w:r>
        <w:t>2025年12月24日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565974.html" TargetMode="External"/><Relationship Id="rId11" Type="http://schemas.openxmlformats.org/officeDocument/2006/relationships/hyperlink" Target="https://szeb.sz.gov.cn/szzkw/zkgg/zkxx1/content/post_125659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