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报考自学考试时，已经确认的课程还能修改吗？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2023-04-28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考试报考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https://eea.gd.gov.cn/dawenku/ksbk/content/post_4173206.html</w:t>
        </w:r>
      </w:hyperlink>
    </w:p>
    <w:p/>
    <w:p>
      <w:r>
        <w:t>报考自学考试，考生在确认报考信息前，须认真核对选择的考区和报考课程是否正确。考区和报考课程一经考生确认，不得增加、删减、更改，确认报考后所交报考费一旦网上缴纳，不予退还。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ksbk/content/post_417320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