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https://szeb.sz.gov.cn/szzkw/zkcx/zxks/zkzy/zkcc/content/post_8949009.html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b8fe08d5a55b0269364199a6183a9358492cf1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b8fe08d5a55b0269364199a6183a9358492cf1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0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