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关于我省2023年普通高考准考证查询打印的公告</w:t>
      </w:r>
    </w:p>
    <w:p>
      <w:r>
        <w:rPr>
          <w:sz w:val="18"/>
        </w:rPr>
        <w:t>整理归属  广东省教育考试院</w:t>
      </w:r>
    </w:p>
    <w:p>
      <w:r>
        <w:rPr>
          <w:sz w:val="18"/>
        </w:rPr>
        <w:t>发布日期  2023-06-01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https://eea.gd.gov.cn/ptgk/content/post_4190775.html</w:t>
        </w:r>
      </w:hyperlink>
    </w:p>
    <w:p>
      <w:r>
        <w:t xml:space="preserve">同文来源  </w:t>
      </w:r>
      <w:hyperlink r:id="rId11">
        <w:r>
          <w:rPr>
            <w:color w:val="18548A"/>
          </w:rPr>
          <w:t>https://eea.gd.gov.cn/tzgg/content/post_4190850.html</w:t>
        </w:r>
      </w:hyperlink>
    </w:p>
    <w:p/>
    <w:p>
      <w:r>
        <w:t>6月3日起，我省2023年普通高考考生准考证可自行打印。考生可通过以下四种方式打印、查询和下载2023年普通高等学校招生全国统一考试准考证：</w:t>
      </w:r>
    </w:p>
    <w:p>
      <w:r>
        <w:t>一、登录广东省普高报名系统（网址：pg.eeagd.edu.cn/ks）打印准考证。</w:t>
      </w:r>
    </w:p>
    <w:p>
      <w:r>
        <w:t>二、关注广东省教育考试院官方微信（ID：gdsksy），在页面底部选择“小程序”栏，点击“证书打印”栏目，选择“2023年普通高等学校招生全国统一考试准考证”，通过考生号和密码登录即可获取准考证下载链接。</w:t>
      </w:r>
    </w:p>
    <w:p>
      <w:r>
        <w:t>三、打开粤省事小程序，在搜索框中输入“高考准考证查询及下载”即可查到相关服务，进入服务后，通过考生号和密码登录即可查看准考证或将其发送至考生指定邮箱进行存档打印。</w:t>
      </w:r>
    </w:p>
    <w:p>
      <w:r>
        <w:t>四、通过百度APP搜索“广东省教育考试院”，打开“广东省教育考试院—智能小程序”，点击“证书打印”栏目，选择“高考准考证打印”，通过考生号和密码登录即可获取准考证下载链接。</w:t>
      </w:r>
    </w:p>
    <w:p>
      <w:r>
        <w:t>特别提醒：</w:t>
      </w:r>
    </w:p>
    <w:p>
      <w:r>
        <w:t>1、我省普通高考各考点统一实行二次安检，分别在考点考试封闭区入口和考场入口各进行一次安检，其中考点封闭区入口安检通道配置智能安检门。</w:t>
      </w:r>
    </w:p>
    <w:p>
      <w:r>
        <w:t>2、考生进入考点封闭区前，应当先自行检查是否携带具有无线通信功能的设备（如手机、无线耳机、智能手表、运动手环等）、电子存储记忆录放设备、考试相关资料（含有字迹的纸张、上一场次考试资料等），检查准考证是否有准考证内容以外字迹。如果有，应当在进入考点封闭区前取出，并按要求存放。在考试过程中发现，将按考试作弊处理。</w:t>
      </w:r>
    </w:p>
    <w:p>
      <w:r>
        <w:t>广东省教育考试院</w:t>
      </w:r>
    </w:p>
    <w:p>
      <w:r>
        <w:t>2023年6月1日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90775.html" TargetMode="External"/><Relationship Id="rId11" Type="http://schemas.openxmlformats.org/officeDocument/2006/relationships/hyperlink" Target="https://eea.gd.gov.cn/tzgg/content/post_419085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