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广东省教育考试院2026年惠州基地生活、文体用品采购项目询价（成交）结果公告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2026-02-03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https://eea.gd.gov.cn/zfcg/content/post_4852395.html</w:t>
        </w:r>
      </w:hyperlink>
    </w:p>
    <w:p/>
    <w:p>
      <w:r>
        <w:t>一、项目编号：YKY20260108003</w:t>
      </w:r>
    </w:p>
    <w:p>
      <w:r>
        <w:t>二、项目名称：广东省教育考试院2026年惠州基地生活、文体用品采购项目</w:t>
      </w:r>
    </w:p>
    <w:p>
      <w:r>
        <w:t>三、中标（成交）信息</w:t>
      </w:r>
    </w:p>
    <w:p>
      <w:r>
        <w:t>供应商名称：广州文客办公网络技术有限公司</w:t>
      </w:r>
    </w:p>
    <w:p>
      <w:r>
        <w:t>供应商地址：广州市黄埔区科学城神舟路885 号生产中心一 C栋 101房</w:t>
      </w:r>
    </w:p>
    <w:p>
      <w:r>
        <w:t>中标（成交）金额：¥309,518.80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广州文客办公网络技术有限公司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309,518.80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309,518.80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广东毓泰办公用品有限公司佛山分公司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311,363.23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311,363.23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广东友顺服饰有限公司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371,900.90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371,900.90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国金科技（广州）有限公司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375,901.70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375,901.70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广州市黄埔区宁新文体用品商行（个体工商户）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384,798.01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384,798.01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发布时间：2026年2月3日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8523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