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关于调整2023年上半年全国英语等级考试宝安区奋达职业技术学校考点的通告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2023-03-16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https://szeb.sz.gov.cn/szzkw/zkgg/skxx/content/post_10487676.html</w:t>
        </w:r>
      </w:hyperlink>
    </w:p>
    <w:p/>
    <w:p>
      <w:r>
        <w:t>2023年上半年全国英语等级考试将于3月18日—19日举行。受宝安区马拉松比赛交通管制影响，3月19日上午奋达职业技术学校无法承担原定考试工作。为确保考试顺利，现将考点安排作如下调整：</w:t>
      </w:r>
    </w:p>
    <w:p>
      <w:r>
        <w:t>一、3月19日上午原安排在奋达职业技术学校的考生平移至宝安职业技术学校（宝安教育城学子路4号）参加考试，其他考试时段的考生不受影响。</w:t>
      </w:r>
    </w:p>
    <w:p>
      <w:r>
        <w:t>二、考生无须更换准考证，凭原准考证前往宝安职业技术学校考点参加考试，答题卡上的考点名称、考场号及座位号等填涂信息不变。</w:t>
      </w:r>
    </w:p>
    <w:p>
      <w:r>
        <w:t>市招考办将群发短信通知受影响的考生，请相关考生注意查收短信并互相转告，提前规划路线，按时赴考。因考点调整给考生带来的不便，敬请谅解。</w:t>
      </w:r>
    </w:p>
    <w:p>
      <w:r>
        <w:t>特此通告。</w:t>
      </w:r>
    </w:p>
    <w:p>
      <w:r>
        <w:t>深圳市招生考试办公室</w:t>
      </w:r>
    </w:p>
    <w:p>
      <w:r>
        <w:t>2023年3月16日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48767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