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广东省2022年同等学力人员申请硕士学位全国统一考试防疫要求温馨提示</w:t>
      </w:r>
    </w:p>
    <w:p>
      <w:r>
        <w:rPr>
          <w:sz w:val="18"/>
        </w:rPr>
        <w:t>整理归属  广东省教育考试院</w:t>
      </w:r>
    </w:p>
    <w:p>
      <w:r>
        <w:rPr>
          <w:sz w:val="18"/>
        </w:rPr>
        <w:t>发布日期  2022-08-10</w:t>
      </w:r>
    </w:p>
    <w:p>
      <w:r>
        <w:rPr>
          <w:sz w:val="18"/>
        </w:rPr>
        <w:t>来源  广东省教育考试院</w:t>
      </w:r>
    </w:p>
    <w:p>
      <w:r>
        <w:rPr>
          <w:sz w:val="18"/>
        </w:rPr>
        <w:t>栏目  社会考试</w:t>
      </w:r>
    </w:p>
    <w:p>
      <w:r>
        <w:rPr>
          <w:sz w:val="18"/>
        </w:rPr>
        <w:t>存档日期  2026-10-27</w:t>
      </w:r>
    </w:p>
    <w:p>
      <w:r>
        <w:t xml:space="preserve">原文链接  </w:t>
      </w:r>
      <w:hyperlink r:id="rId10">
        <w:r>
          <w:rPr>
            <w:color w:val="18548A"/>
          </w:rPr>
          <w:t>https://eea.gd.gov.cn/shks/content/post_3991778.html</w:t>
        </w:r>
      </w:hyperlink>
    </w:p>
    <w:p>
      <w:r>
        <w:t xml:space="preserve">同文来源  </w:t>
      </w:r>
      <w:hyperlink r:id="rId11">
        <w:r>
          <w:rPr>
            <w:color w:val="18548A"/>
          </w:rPr>
          <w:t>https://eea.gd.gov.cn/tzgg/content/post_3991625.html</w:t>
        </w:r>
      </w:hyperlink>
    </w:p>
    <w:p/>
    <w:p>
      <w:r>
        <w:t>各位考生：</w:t>
      </w:r>
    </w:p>
    <w:p>
      <w:r>
        <w:t>2022年同等学力人员申请硕士学位全国统一考试将于8月14日举行，为切实做好新冠肺炎疫情防控常态化下组考工作，保障广大考生和考试工作人员的生命安全和身体健康，确保考试安全有序平稳实施，请所有考生知悉以下防疫要求并遵照执行。</w:t>
      </w:r>
    </w:p>
    <w:p>
      <w:r>
        <w:t>一、所有考生须提前注册健康码。外地考生前往考点，须按照考点所在地市政府疫情防控政策执行。所有考生须在考试入场时向相关考点提供当天更新的行程卡及健康码、24小时核酸检测阴性证明（以每场考试开考时间计算，如无则提供48小时核酸检测阴性证明及24小时内核酸检测记录），并进行体温检测。健康状况异常的考生，由考点防疫工作小组的工作人员进行研判，并作出相应处理。</w:t>
      </w:r>
    </w:p>
    <w:p>
      <w:r>
        <w:t>二、所有考生务必认真阅读准考证上有关防疫及考务各项规定，并认真遵照执行。</w:t>
      </w:r>
    </w:p>
    <w:p>
      <w:r>
        <w:t>三、所有考生到达考点须佩戴一次性医用或以上级别口罩，除进行必要的身份验证程序外，其余时间均不能摘下。</w:t>
      </w:r>
    </w:p>
    <w:p>
      <w:r>
        <w:t>四、所有考生须根据考试时间，最少提前1小时到达考点。</w:t>
      </w:r>
    </w:p>
    <w:p>
      <w:r>
        <w:t>五、因疫情防控实行属地管理，各地防疫政策会根据疫情制定及调整，考生务必考前密切关注我院、考点所在地及考点的有关防疫政策通知，并按其要求严格遵照执行，不遵守相关防疫政策者不得参加考试。如因考生个人原因导致产生疫情的，需承担相应责任。</w:t>
      </w:r>
    </w:p>
    <w:p>
      <w:r>
        <w:t>防疫无小事，请各位考生以生命安全为第一要务，严格遵守有关防疫规定。</w:t>
      </w:r>
    </w:p>
    <w:p>
      <w:r>
        <w:t>感谢广大考生对组考防疫工作的理解、支持和配合！</w:t>
      </w:r>
    </w:p>
    <w:p>
      <w:r>
        <w:t>广东省教育考试院</w:t>
      </w:r>
    </w:p>
    <w:p>
      <w:r>
        <w:t>2022年8月10日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shks/content/post_3991778.html" TargetMode="External"/><Relationship Id="rId11" Type="http://schemas.openxmlformats.org/officeDocument/2006/relationships/hyperlink" Target="https://eea.gd.gov.cn/tzgg/content/post_399162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