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https://szeb.sz.gov.cn/szzkw/zkcx/zxks/zkzy/zkcc/content/post_8949056.html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a5516fde22843b5b86348bcd019118c506fa87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a5516fde22843b5b86348bcd019118c506fa87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5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