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关于《广东省2024年普通高校春季高考统一招生专业目录》更正的通知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2024-03-12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https://eea.gd.gov.cn/ptgk/content/post_4389751.html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https://eea.gd.gov.cn/tzgg/content/post_4389822.html</w:t>
        </w:r>
      </w:hyperlink>
    </w:p>
    <w:p/>
    <w:p>
      <w:r>
        <w:t>各地级以上市招生办公室（考试中心、考试院），广东白云学院：</w:t>
      </w:r>
    </w:p>
    <w:p>
      <w:r>
        <w:t>应广东白云学院要求，现对《广东省2024年普通高校春季高考统一招生专业目录》（中职生版）3+证书本科批次部分内容作如下更正（见附件），请及时转发各中学并告知学生。</w:t>
      </w:r>
    </w:p>
    <w:p>
      <w:r>
        <w:t>附件：《广东省2024年普通高等学校春季高考统一招生专业目录》（中职生版）更正表</w:t>
      </w:r>
    </w:p>
    <w:p>
      <w:r>
        <w:t>广东省招生委员会办公室</w:t>
      </w:r>
    </w:p>
    <w:p>
      <w:r>
        <w:t>2024年3月12日</w:t>
      </w:r>
    </w:p>
    <w:p>
      <w:r>
        <w:t>附件</w:t>
      </w:r>
    </w:p>
    <w:p>
      <w:r>
        <w:t>《广东省2024年普通高等学校春季高考</w:t>
      </w:r>
    </w:p>
    <w:p>
      <w:r>
        <w:t>统一招生专业目录》（中职生版）更正表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页码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原刊登内容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更改内容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中职生版P2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专业组803 50904 产品设计50中职专业要求：平面媒体印制技术、计算机动漫与游戏制作、动漫游戏、美术绘画、美术设计与制作、数字媒体技术应用、数字影像技术、数字媒体艺术、影像与影视技术、民间传统工艺、平面媒体印制技术、计算机动漫与游戏制作、动漫游戏、美术绘画、美术设计与制作、数字媒体技术应用、数字影像技术、数字媒体艺术、影像与影视技术、民间传统工艺、首饰设计与制作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专业组803 50904 产品设计50中职专业要求：艺术设计与制作、界面设计与制作、数字影像技术、皮革制品设计与制作、服装陈列与展示设计、工艺美术、绘画、首饰设计与制作、动漫与游戏设计、工艺品设计与制作、动漫与游戏制作、影像与影视技术、数字媒体艺术、玩具设计与制造、印刷媒体技术、数字媒体技术应用、民间传统工艺、民族工艺品设计与制作、家具设计与制作、社会文化艺术、计算机平面设计、广播影视节目制作、服装设计与工艺、民族美术、民族服装与饰品、包装设计与制作、环境艺术设计、网页美术设计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389751.html" TargetMode="External"/><Relationship Id="rId11" Type="http://schemas.openxmlformats.org/officeDocument/2006/relationships/hyperlink" Target="https://eea.gd.gov.cn/tzgg/content/post_43898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