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广东省2017年成人高考第一批专科起点本科层次院校第一次投档情况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2017-12-07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https://eea.gd.gov.cn/tzgg/content/post_2218947.html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广东省2017年成人高考第一批专科起点本科层次院校第一次投档情况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理工类、经管类、农学类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中央财经大学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对外经济贸易大学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首都经济贸易大学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华北电力大学(北京)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天津科技大学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河北工程大学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华东理工大学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南京航空航天大学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南京邮电大学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河海大学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合肥工业大学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安徽财经大学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南昌大学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中国石油大学（华东）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长沙理工大学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重庆邮电大学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重庆交通大学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昆明理工大学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西安交通大学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西安电子科技大学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西安工程大学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长安大学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三峡大学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广州航海学院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北京信息科技大学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长春工程学院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289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广东培正学院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广东东软学院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751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专升本理工类103组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中南林业科技大学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西北农林科技大学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专升本理工类106组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理工医学类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7274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专升本理工类107组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文史类、中医类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中国传媒大学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广州中医药大学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五邑大学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470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广州工商学院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广东科技学院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专升本文史类101组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辽宁工程技术大学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10207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10407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中国石油大学（华东）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武汉纺织大学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武汉理工大学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中南财经政法大学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西南政法大学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广东警官学院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仲恺农业工程学院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电子科技大学中山学院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13667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专升本文史类104组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10345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浙江师范大学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10414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江西师范大学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华中师范大学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武汉体育学院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湖南科技大学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湖南师范大学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555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广州体育学院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10635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827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11819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13720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广东理工学院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广东第二师范学院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2093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-10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12105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专升本文史类105组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艺术类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专业属性代码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专业属性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计划数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投档人数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投档分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缺档数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10033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中国传媒大学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10559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10564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韩山师范学院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10579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岭南师范学院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嘉应学院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广州美术学院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356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128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10587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星海音乐学院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-3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10590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10822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11846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184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  <w:tr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50252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吉林省教育学院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15102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专升本艺术类102组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240</w:t>
            </w:r>
          </w:p>
        </w:tc>
        <w:tc>
          <w:tcPr>
            <w:tcW w:type="dxa" w:w="1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89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