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关于再次开通2020年上半年中小学教师资格考试“申请退费”通道的公告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2020-07-13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https://szeb.sz.gov.cn/szzkw/zkgg/skxx/content/post_8946816.html</w:t>
        </w:r>
      </w:hyperlink>
    </w:p>
    <w:p/>
    <w:p>
      <w:r>
        <w:t>近日有部分考生来电，反映有关部委最新发布的考试时间与我中心年初公布的2020年下半年中小学教师资格考试存在考试时间冲突。考虑今年受新冠肺炎疫情影响的特殊情况，为维护考生利益，便于考生选择参加考试，我中心决定于2020年7月28日-8月12日再次开通2020年上半年中小学教师资格考试“申请退费”通道，考生可在此期间登录报名系统进行申请退费操作。</w:t>
      </w:r>
    </w:p>
    <w:p>
      <w:r>
        <w:t>2020年下半年中小学教师资格考试笔试报名时间为9月上旬（各地具体时间以届时省考试机构报名公告为准）；笔试时间为2020年10月31日。考生如已成功“转考下半年考试”并决定参加考试，则无需再次确认。</w:t>
      </w:r>
    </w:p>
    <w:p>
      <w:r>
        <w:t>教育部考试中心</w:t>
      </w:r>
    </w:p>
    <w:p>
      <w:r>
        <w:t>2020年7月13日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81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