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广州体育职业技术学院考点不再接受考生报名的公告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2024-03-16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https://eea.gd.gov.cn/news/content/post_4392136.html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https://eea.gd.gov.cn/zzzk/content/post_4392134.html</w:t>
        </w:r>
      </w:hyperlink>
    </w:p>
    <w:p/>
    <w:p>
      <w:r>
        <w:t>广大考生：</w:t>
      </w:r>
    </w:p>
    <w:p>
      <w:r>
        <w:t>我省2024年高职院校五年一贯制单独招生考试报名正在顺利进行。目前，广州体育职业技术学院考点报名人数已达到最大容量，经研究，决定自即日起，广州体育职业技术学院不再接受考生报名，考生可根据实际，选择其他考点报名。</w:t>
      </w:r>
    </w:p>
    <w:p>
      <w:r>
        <w:t>广东省教育考试院</w:t>
      </w:r>
    </w:p>
    <w:p>
      <w:r>
        <w:t>2024年3月16日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392136.html" TargetMode="External"/><Relationship Id="rId11" Type="http://schemas.openxmlformats.org/officeDocument/2006/relationships/hyperlink" Target="https://eea.gd.gov.cn/zzzk/content/post_439213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