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https://szeb.sz.gov.cn/szzkw/zkcx/zxks/zkzy/zkcc/content/post_8949018.html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cefe6fdca961210d91f9228f1a3efb88cb5e9f7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cefe6fdca961210d91f9228f1a3efb88cb5e9f7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1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