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广东省教育考试院办公楼视频监控维保服务项目询价（成交）结果公告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2023-04-18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政府采购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https://eea.gd.gov.cn/zfcg/content/post_4155974.html</w:t>
        </w:r>
      </w:hyperlink>
    </w:p>
    <w:p/>
    <w:p>
      <w:r>
        <w:t>一、项目编号：YKY20230301016</w:t>
      </w:r>
    </w:p>
    <w:p>
      <w:r>
        <w:t>二、项目名称：广东省教育考试院办公楼视频监控维保服务</w:t>
      </w:r>
    </w:p>
    <w:p>
      <w:r>
        <w:t>三、中标（成交）信息</w:t>
      </w:r>
    </w:p>
    <w:p>
      <w:r>
        <w:t>供应商名称：广州立诚电子科技有限公司</w:t>
      </w:r>
    </w:p>
    <w:p>
      <w:r>
        <w:t>供应商地址：广州市白云区新达路31号105铺</w:t>
      </w:r>
    </w:p>
    <w:p>
      <w:r>
        <w:t>中标（成交）金额：¥195,000.00元</w:t>
      </w:r>
    </w:p>
    <w:p>
      <w:r>
        <w:t>四、主要标的信息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  <w:gridCol w:w="1440"/>
      </w:tblGrid>
      <w:tr>
        <w:trPr>
          <w:tblHeader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服务类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名称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服务内容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服务要求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服务时间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服务标准</w:t>
            </w:r>
          </w:p>
        </w:tc>
      </w:tr>
      <w:t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广东省教育考试院办公楼视频监控维保服务项目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符合询价文件要求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符合询价文件要求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符合询价文件要求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符合询价文件要求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p>
      <w:r>
        <w:t>五、服务收费标准及金额：无</w:t>
      </w:r>
    </w:p>
    <w:p>
      <w:r>
        <w:t>六、公告期限</w:t>
      </w:r>
    </w:p>
    <w:p>
      <w:r>
        <w:t>自本公告发布之日起1个工作日。</w:t>
      </w:r>
    </w:p>
    <w:p>
      <w:r>
        <w:t>七、其他补充事宜</w:t>
      </w:r>
    </w:p>
    <w:p>
      <w:r>
        <w:t>价格排序表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供应商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询价报价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评审价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名次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广州立诚电子科技有限公司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195,000.00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195,000.00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广州展邦安防科技有限公司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218,100.00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218,100.00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中通服建设有限责任公司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225,800.00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225,800.00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广州市群悦智能科技有限公司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228,345.00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228,345.00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</w:tbl>
    <w:p/>
    <w:p>
      <w:r>
        <w:t>八、凡对本次公告内容提出询问，请按以下方式联系。</w:t>
      </w:r>
    </w:p>
    <w:p>
      <w:r>
        <w:t>陈老师电话：020-38627892</w:t>
      </w:r>
    </w:p>
    <w:p>
      <w:r>
        <w:t>发布人：广东省教育考试院</w:t>
      </w:r>
    </w:p>
    <w:p>
      <w:r>
        <w:t>发布时间：2023年4月18日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fcg/content/post_415597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