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深圳招考网2020年度工作报表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2021-01-14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其他信息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https://szeb.sz.gov.cn/attachment/0/803/803028/8948984.pdf</w:t>
        </w:r>
      </w:hyperlink>
    </w:p>
    <w:p/>
    <w:p>
      <w:r>
        <w:t>原文为PDF。以下保留完整原页图，随后附可编辑提取文字。复杂表格及版式请参考随附原始PDF。</w:t>
      </w:r>
    </w:p>
    <w:p>
      <w:pPr>
        <w:keepNext/>
      </w:pPr>
      <w:r>
        <w:t>原始PDF第 1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ce50dce0-00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2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ce50dce0-002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原始PDF第 3 页</w:t>
      </w:r>
    </w:p>
    <w:p>
      <w:r>
        <w:drawing>
          <wp:inline xmlns:a="http://schemas.openxmlformats.org/drawingml/2006/main" xmlns:pic="http://schemas.openxmlformats.org/drawingml/2006/picture">
            <wp:extent cx="5764834" cy="815339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0ce50dce0-003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4834" cy="815339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可编辑提取文字</w:t>
      </w:r>
    </w:p>
    <w:p>
      <w:r>
        <w:t>政府网站工作年度报表</w:t>
      </w:r>
    </w:p>
    <w:p>
      <w:r>
        <w:t>（2020 年度）</w:t>
      </w:r>
    </w:p>
    <w:p>
      <w:r>
        <w:t>填报单位:深圳市招生考试办公室</w:t>
      </w:r>
    </w:p>
    <w:p>
      <w:r>
        <w:t>网站名称              深圳招考网</w:t>
      </w:r>
    </w:p>
    <w:p>
      <w:r>
        <w:t>首页网址                          zkb.sz.gov.cn</w:t>
      </w:r>
    </w:p>
    <w:p>
      <w:r>
        <w:t>主办单位           深圳市招生考试办公室</w:t>
      </w:r>
    </w:p>
    <w:p>
      <w:r>
        <w:t>网站类型              部门网站</w:t>
      </w:r>
    </w:p>
    <w:p>
      <w:r>
        <w:t>政府网站标识码                        4403000013</w:t>
      </w:r>
    </w:p>
    <w:p>
      <w:r>
        <w:t>粤公网安备</w:t>
      </w:r>
    </w:p>
    <w:p>
      <w:r>
        <w:t>ICP 备案号    粤ICP 备15068142 号-1  公安机关备案号   44030302001</w:t>
      </w:r>
    </w:p>
    <w:p>
      <w:r>
        <w:t>204 号</w:t>
      </w:r>
    </w:p>
    <w:p>
      <w:r>
        <w:t>独立用户访问总</w:t>
      </w:r>
    </w:p>
    <w:p>
      <w:r>
        <w:t>1541628</w:t>
      </w:r>
    </w:p>
    <w:p>
      <w:r>
        <w:t>量（单位：个）</w:t>
      </w:r>
    </w:p>
    <w:p>
      <w:r>
        <w:t>网站总访问量</w:t>
      </w:r>
    </w:p>
    <w:p>
      <w:r>
        <w:t>5701969</w:t>
      </w:r>
    </w:p>
    <w:p>
      <w:r>
        <w:t>（单位：次）</w:t>
      </w:r>
    </w:p>
    <w:p>
      <w:r>
        <w:t>总数                        1836</w:t>
      </w:r>
    </w:p>
    <w:p>
      <w:r>
        <w:t>信息发布    概况类信息更新量                    0</w:t>
      </w:r>
    </w:p>
    <w:p>
      <w:r>
        <w:t>（单位：条）   政务动态信息更新量                  1836</w:t>
      </w:r>
    </w:p>
    <w:p>
      <w:r>
        <w:t>信息公开目录信息更新量                 0</w:t>
      </w:r>
    </w:p>
    <w:p>
      <w:r>
        <w:t>专栏专题      维护数量                        1</w:t>
      </w:r>
    </w:p>
    <w:p>
      <w:r>
        <w:t>（单位：个）     新开设数量                       0</w:t>
      </w:r>
    </w:p>
    <w:p>
      <w:r>
        <w:t>总数</w:t>
      </w:r>
    </w:p>
    <w:p>
      <w:r>
        <w:t>0</w:t>
      </w:r>
    </w:p>
    <w:p>
      <w:r>
        <w:t>（单位：条）</w:t>
      </w:r>
    </w:p>
    <w:p>
      <w:r>
        <w:t>解读材料数量</w:t>
      </w:r>
    </w:p>
    <w:p>
      <w:r>
        <w:t>0</w:t>
      </w:r>
    </w:p>
    <w:p>
      <w:r>
        <w:t>（单位：条）</w:t>
      </w:r>
    </w:p>
    <w:p>
      <w:r>
        <w:t>解读信息发布</w:t>
      </w:r>
    </w:p>
    <w:p>
      <w:r>
        <w:t>解读产品数量</w:t>
      </w:r>
    </w:p>
    <w:p>
      <w:r>
        <w:t>解读回应                                                      0</w:t>
      </w:r>
    </w:p>
    <w:p>
      <w:r>
        <w:t>（单位：个）</w:t>
      </w:r>
    </w:p>
    <w:p>
      <w:r>
        <w:t>媒体评论文章数量</w:t>
      </w:r>
    </w:p>
    <w:p>
      <w:r>
        <w:t>0</w:t>
      </w:r>
    </w:p>
    <w:p>
      <w:r>
        <w:t>（单位：篇）</w:t>
      </w:r>
    </w:p>
    <w:p>
      <w:r>
        <w:t>回应公众关注热点或</w:t>
      </w:r>
    </w:p>
    <w:p>
      <w:r>
        <w:t>重大舆情数量（单位：                  0</w:t>
      </w:r>
    </w:p>
    <w:p>
      <w:r>
        <w:t>次）</w:t>
      </w:r>
    </w:p>
    <w:p>
      <w:r>
        <w:t>是否发布服务事项目录         否</w:t>
      </w:r>
    </w:p>
    <w:p>
      <w:r>
        <w:t>1</w:t>
      </w:r>
    </w:p>
    <w:p>
      <w:r>
        <w:t>办事服务      注册用户数</w:t>
      </w:r>
    </w:p>
    <w:p>
      <w:r>
        <w:t>0</w:t>
      </w:r>
    </w:p>
    <w:p>
      <w:r>
        <w:t>（单位：个）</w:t>
      </w:r>
    </w:p>
    <w:p>
      <w:r>
        <w:t>政务服务事项数量</w:t>
      </w:r>
    </w:p>
    <w:p>
      <w:r>
        <w:t>0</w:t>
      </w:r>
    </w:p>
    <w:p>
      <w:r>
        <w:t>（单位：项）</w:t>
      </w:r>
    </w:p>
    <w:p>
      <w:r>
        <w:t>可全程在线办理</w:t>
      </w:r>
    </w:p>
    <w:p>
      <w:r>
        <w:t>政务服务事项数量                    0</w:t>
      </w:r>
    </w:p>
    <w:p>
      <w:r>
        <w:t>（单位：项）</w:t>
      </w:r>
    </w:p>
    <w:p>
      <w:r>
        <w:t>总数             0</w:t>
      </w:r>
    </w:p>
    <w:p>
      <w:r>
        <w:t>办件量</w:t>
      </w:r>
    </w:p>
    <w:p>
      <w:r>
        <w:t>自然人办件量         0</w:t>
      </w:r>
    </w:p>
    <w:p>
      <w:r>
        <w:t>（单位：件）</w:t>
      </w:r>
    </w:p>
    <w:p>
      <w:r>
        <w:t>法人办件量          0</w:t>
      </w:r>
    </w:p>
    <w:p>
      <w:r>
        <w:t>是否使用统一平台          是</w:t>
      </w:r>
    </w:p>
    <w:p>
      <w:r>
        <w:t>收到留言数量</w:t>
      </w:r>
    </w:p>
    <w:p>
      <w:r>
        <w:t>63</w:t>
      </w:r>
    </w:p>
    <w:p>
      <w:r>
        <w:t>（单位：条）</w:t>
      </w:r>
    </w:p>
    <w:p>
      <w:r>
        <w:t>办结留言数量</w:t>
      </w:r>
    </w:p>
    <w:p>
      <w:r>
        <w:t>45</w:t>
      </w:r>
    </w:p>
    <w:p>
      <w:r>
        <w:t>（单位：条）</w:t>
      </w:r>
    </w:p>
    <w:p>
      <w:r>
        <w:t>留言办理</w:t>
      </w:r>
    </w:p>
    <w:p>
      <w:r>
        <w:t>平均办理时间</w:t>
      </w:r>
    </w:p>
    <w:p>
      <w:r>
        <w:t>5</w:t>
      </w:r>
    </w:p>
    <w:p>
      <w:r>
        <w:t>（单位：天）</w:t>
      </w:r>
    </w:p>
    <w:p>
      <w:r>
        <w:t>公开答复数量</w:t>
      </w:r>
    </w:p>
    <w:p>
      <w:r>
        <w:t>39</w:t>
      </w:r>
    </w:p>
    <w:p>
      <w:r>
        <w:t>（单位：条）</w:t>
      </w:r>
    </w:p>
    <w:p>
      <w:r>
        <w:t>征集调查期数</w:t>
      </w:r>
    </w:p>
    <w:p>
      <w:r>
        <w:t>0</w:t>
      </w:r>
    </w:p>
    <w:p>
      <w:r>
        <w:t>（单位：期）</w:t>
      </w:r>
    </w:p>
    <w:p>
      <w:r>
        <w:t>互动交流</w:t>
      </w:r>
    </w:p>
    <w:p>
      <w:r>
        <w:t>收到意见数量</w:t>
      </w:r>
    </w:p>
    <w:p>
      <w:r>
        <w:t>征集调查                                 0</w:t>
      </w:r>
    </w:p>
    <w:p>
      <w:r>
        <w:t>（单位：条）</w:t>
      </w:r>
    </w:p>
    <w:p>
      <w:r>
        <w:t>公布调查结果期数</w:t>
      </w:r>
    </w:p>
    <w:p>
      <w:r>
        <w:t>0</w:t>
      </w:r>
    </w:p>
    <w:p>
      <w:r>
        <w:t>（单位：期）</w:t>
      </w:r>
    </w:p>
    <w:p>
      <w:r>
        <w:t>访谈期数</w:t>
      </w:r>
    </w:p>
    <w:p>
      <w:r>
        <w:t>0</w:t>
      </w:r>
    </w:p>
    <w:p>
      <w:r>
        <w:t>（单位：期）</w:t>
      </w:r>
    </w:p>
    <w:p>
      <w:r>
        <w:t>网民留言数量</w:t>
      </w:r>
    </w:p>
    <w:p>
      <w:r>
        <w:t>在线访谈                                 0</w:t>
      </w:r>
    </w:p>
    <w:p>
      <w:r>
        <w:t>（单位：条）</w:t>
      </w:r>
    </w:p>
    <w:p>
      <w:r>
        <w:t>答复网民提问数量</w:t>
      </w:r>
    </w:p>
    <w:p>
      <w:r>
        <w:t>0</w:t>
      </w:r>
    </w:p>
    <w:p>
      <w:r>
        <w:t>（单位：条）</w:t>
      </w:r>
    </w:p>
    <w:p>
      <w:r>
        <w:t>是否提供智能问答          否</w:t>
      </w:r>
    </w:p>
    <w:p>
      <w:r>
        <w:t>安全检测评估次数</w:t>
      </w:r>
    </w:p>
    <w:p>
      <w:r>
        <w:t>5</w:t>
      </w:r>
    </w:p>
    <w:p>
      <w:r>
        <w:t>（单位：次）</w:t>
      </w:r>
    </w:p>
    <w:p>
      <w:r>
        <w:t>发现问题数量</w:t>
      </w:r>
    </w:p>
    <w:p>
      <w:r>
        <w:t>安全防护                                             0</w:t>
      </w:r>
    </w:p>
    <w:p>
      <w:r>
        <w:t>（单位：个）</w:t>
      </w:r>
    </w:p>
    <w:p>
      <w:r>
        <w:t>问题整改数量</w:t>
      </w:r>
    </w:p>
    <w:p>
      <w:r>
        <w:t>0</w:t>
      </w:r>
    </w:p>
    <w:p>
      <w:r>
        <w:t>（单位：个）</w:t>
      </w:r>
    </w:p>
    <w:p>
      <w:r>
        <w:t>2</w:t>
      </w:r>
    </w:p>
    <w:p>
      <w:r>
        <w:t>是否建立安全监测预警</w:t>
      </w:r>
    </w:p>
    <w:p>
      <w:r>
        <w:t>是</w:t>
      </w:r>
    </w:p>
    <w:p>
      <w:r>
        <w:t>机制</w:t>
      </w:r>
    </w:p>
    <w:p>
      <w:r>
        <w:t>是否开展应急演练          是</w:t>
      </w:r>
    </w:p>
    <w:p>
      <w:r>
        <w:t>是否明确网站安全责任人        是</w:t>
      </w:r>
    </w:p>
    <w:p>
      <w:r>
        <w:t>是否有移动新媒体          是</w:t>
      </w:r>
    </w:p>
    <w:p>
      <w:r>
        <w:t>名称      无</w:t>
      </w:r>
    </w:p>
    <w:p>
      <w:r>
        <w:t>信息发布量</w:t>
      </w:r>
    </w:p>
    <w:p>
      <w:r>
        <w:t>微 博                                 0</w:t>
      </w:r>
    </w:p>
    <w:p>
      <w:r>
        <w:t>（单位：条）</w:t>
      </w:r>
    </w:p>
    <w:p>
      <w:r>
        <w:t>关注量            0</w:t>
      </w:r>
    </w:p>
    <w:p>
      <w:r>
        <w:t>深圳市招生考</w:t>
      </w:r>
    </w:p>
    <w:p>
      <w:r>
        <w:t>移动新媒体                 名称</w:t>
      </w:r>
    </w:p>
    <w:p>
      <w:r>
        <w:t>试办公室</w:t>
      </w:r>
    </w:p>
    <w:p>
      <w:r>
        <w:t>信息发布量             微 信                                                                406</w:t>
      </w:r>
    </w:p>
    <w:p>
      <w:r>
        <w:t>（单位：条）</w:t>
      </w:r>
    </w:p>
    <w:p>
      <w:r>
        <w:t>订阅数          401269</w:t>
      </w:r>
    </w:p>
    <w:p>
      <w:r>
        <w:t>其 他            无</w:t>
      </w:r>
    </w:p>
    <w:p>
      <w:r>
        <w:t>搜索即服务 多语言版本 无障碍浏览 千人千网 其他</w:t>
      </w:r>
    </w:p>
    <w:p>
      <w:r>
        <w:t>创新发展</w:t>
      </w:r>
    </w:p>
    <w:p>
      <w:r>
        <w:t>无</w:t>
      </w:r>
    </w:p>
    <w:p>
      <w:r>
        <w:t>备注：</w:t>
      </w:r>
    </w:p>
    <w:p>
      <w:r>
        <w:t>3</w:t>
      </w:r>
    </w:p>
    <w:p>
      <w:pPr>
        <w:pStyle w:val="Heading1"/>
      </w:pPr>
      <w:r>
        <w:t>附件及下载链接</w:t>
      </w:r>
    </w:p>
    <w:p>
      <w:hyperlink r:id="rId10">
        <w:r>
          <w:rPr>
            <w:color w:val="18548A"/>
          </w:rPr>
          <w:t>深圳招考网2020年度工作报表</w:t>
        </w:r>
      </w:hyperlink>
    </w:p>
    <w:p>
      <w:r>
        <w:rPr>
          <w:sz w:val="16"/>
        </w:rPr>
        <w:t>https://szeb.sz.gov.cn/attachment/0/803/803028/8948984.pdf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attachment/0/803/803028/8948984.pdf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