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关于公布广东省2024年10月自学考试成绩的通知</w:t>
      </w:r>
    </w:p>
    <w:p>
      <w:r>
        <w:rPr>
          <w:sz w:val="18"/>
        </w:rPr>
        <w:t>整理归属  广东省教育考试院</w:t>
      </w:r>
    </w:p>
    <w:p>
      <w:r>
        <w:rPr>
          <w:sz w:val="18"/>
        </w:rPr>
        <w:t>发布日期  2024-11-14</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https://eea.gd.gov.cn/zxks/content/post_4522585.html</w:t>
        </w:r>
      </w:hyperlink>
    </w:p>
    <w:p>
      <w:r>
        <w:t xml:space="preserve">同文来源  </w:t>
      </w:r>
      <w:hyperlink r:id="rId11">
        <w:r>
          <w:rPr>
            <w:color w:val="18548A"/>
          </w:rPr>
          <w:t>https://eea.gd.gov.cn/tzgg/content/post_4525203.html</w:t>
        </w:r>
      </w:hyperlink>
    </w:p>
    <w:p/>
    <w:p>
      <w:r>
        <w:t>各位考生：</w:t>
      </w:r>
    </w:p>
    <w:p>
      <w:r>
        <w:t>广东省2024年10月自学考试评卷工作已完成。现定于11月18日17时公布考试成绩，有关事项安排如下：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关注广东省教育考试院微信公众号（ID：gdsksy），在页面底部选择“小程序”栏，点击进入“广东省教育考试院”小程序，按栏目指引查询考试成绩。</w:t>
      </w:r>
    </w:p>
    <w:p>
      <w:r>
        <w:t>（二）百度小程序查询</w:t>
      </w:r>
    </w:p>
    <w:p>
      <w:r>
        <w:t>通过百度App搜索“广东省教育考试院”，打开“广东省教育考试院—智能小程序”，按栏目指引查询考试成绩。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考区所在市自学考试办公室公布的具体受理时间和地点，按要求提出成绩复查申请，逾期将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通知考生，对复查后发现分数有误的将书面通知考生（按报考时考生确认的通信地址寄送）；考生也可向受理申请的市自学考试办公室咨询复查结果。</w:t>
      </w:r>
    </w:p>
    <w:p>
      <w:r>
        <w:t>广东省自学考试委员会办公室</w:t>
      </w:r>
    </w:p>
    <w:p>
      <w:r>
        <w:t>2024年11月14日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522585.html" TargetMode="External"/><Relationship Id="rId11" Type="http://schemas.openxmlformats.org/officeDocument/2006/relationships/hyperlink" Target="https://eea.gd.gov.cn/tzgg/content/post_45252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