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关于2024年中国消防救援学院在广东省招收青年学生考核测试合格人员名单的公告</w:t>
      </w:r>
    </w:p>
    <w:p>
      <w:r>
        <w:rPr>
          <w:sz w:val="18"/>
        </w:rPr>
        <w:t>整理归属  广东省教育考试院</w:t>
      </w:r>
    </w:p>
    <w:p>
      <w:r>
        <w:rPr>
          <w:sz w:val="18"/>
        </w:rPr>
        <w:t>发布日期  2024-07-09</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https://eea.gd.gov.cn/ptgk/content/post_4452973.html</w:t>
        </w:r>
      </w:hyperlink>
    </w:p>
    <w:p>
      <w:r>
        <w:t xml:space="preserve">同文来源  </w:t>
      </w:r>
      <w:hyperlink r:id="rId11">
        <w:r>
          <w:rPr>
            <w:color w:val="18548A"/>
          </w:rPr>
          <w:t>https://eea.gd.gov.cn/zwgk_zkgs/content/post_4452972.html</w:t>
        </w:r>
      </w:hyperlink>
    </w:p>
    <w:p/>
    <w:p>
      <w:r>
        <w:t>根据《中国消防救援学院招收青年学生工作实施办法》《中国消防救援学院2024年招收青年学生章程》《2024年普通高考广东考生报考中国消防救援学院指南》等有关文件要求，依据体格检查、心理测试、面试、政治考核结论确定36名考生为2024年中国消防救援学院在广东省招收青年学生考核测试合格人员，考核测试合格考生名单详见《2024年中国消防救援学院在广东省招收青年学生考核测试合格人员名单》（附件）。</w:t>
      </w:r>
    </w:p>
    <w:p>
      <w:r>
        <w:t>广东省消防员招录工作办公室</w:t>
      </w:r>
    </w:p>
    <w:p>
      <w:r>
        <w:t>2024年7月8日</w:t>
      </w:r>
    </w:p>
    <w:p>
      <w:r>
        <w:t>附件:2024年中国消防救援学院在广东省招收青年学生考核测试合格人员名单</w:t>
      </w:r>
    </w:p>
    <w:p>
      <w:pPr>
        <w:pStyle w:val="Heading1"/>
      </w:pPr>
      <w:r>
        <w:t>附件及下载链接</w:t>
      </w:r>
    </w:p>
    <w:p>
      <w:hyperlink r:id="rId12">
        <w:r>
          <w:rPr>
            <w:color w:val="18548A"/>
          </w:rPr>
          <w:t>2024年中国消防救援学院在广东省招收青年学生考核测试合格人员名单</w:t>
        </w:r>
      </w:hyperlink>
    </w:p>
    <w:p>
      <w:r>
        <w:rPr>
          <w:sz w:val="16"/>
        </w:rPr>
        <w:t>https://eea.gd.gov.cn/attachment/0/553/553646/4452973.xlsx</w:t>
      </w:r>
    </w:p>
    <w:p>
      <w:pPr>
        <w:pStyle w:val="Heading1"/>
      </w:pPr>
      <w:r>
        <w:t>正文相关链接</w:t>
      </w:r>
    </w:p>
    <w:p>
      <w:hyperlink r:id="rId13">
        <w:r>
          <w:rPr>
            <w:color w:val="18548A"/>
          </w:rPr>
          <w:t>2024年中国消防救援学院在广东省招收青年学生考核测试合格人员名单</w:t>
        </w:r>
      </w:hyperlink>
    </w:p>
    <w:p>
      <w:r>
        <w:t>https://eea.gd.gov.cn/attachment/0/553/553646/4452972.xlsx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52973.html" TargetMode="External"/><Relationship Id="rId11" Type="http://schemas.openxmlformats.org/officeDocument/2006/relationships/hyperlink" Target="https://eea.gd.gov.cn/zwgk_zkgs/content/post_4452972.html" TargetMode="External"/><Relationship Id="rId12" Type="http://schemas.openxmlformats.org/officeDocument/2006/relationships/hyperlink" Target="https://eea.gd.gov.cn/attachment/0/553/553646/4452973.xlsx" TargetMode="External"/><Relationship Id="rId13" Type="http://schemas.openxmlformats.org/officeDocument/2006/relationships/hyperlink" Target="https://eea.gd.gov.cn/attachment/0/553/553646/4452972.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