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2022年上半年全国大学英语四、六级考试成绩即将公布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https://eea.gd.gov.cn/shks/content/post_4000059.html</w:t>
        </w:r>
      </w:hyperlink>
    </w:p>
    <w:p/>
    <w:p>
      <w:r>
        <w:t>2022年上半年全国大学英语四、六级考试（含口试）成绩将于8月25上午10点公布。考生可通过以下方式查询成绩：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3378200" cy="2768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e238358dfc99ba70f30404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2768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ddaf7e8fe0048bd02a363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考生如对考试成绩有疑问，可在成绩公布后1个月内向全国大学英语四、六级考试委员会办公室提出复查申请，逾期不予受理。具体操作可登录中国教育考试网（http://cet.neea.edu.cn/html1/folder/19081/5179-1.htm）查询。</w:t>
      </w:r>
    </w:p>
    <w:p>
      <w:r>
        <w:t>自2021年上半年考试起，教育部教育考试院将提供电子成绩报告单（小语种科目为证书），考生可于9月27日10时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0005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