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https://szeb.sz.gov.cn/szzkw/zkcx/zxks/zkzy/bkcc/content/post_8949128.html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88fc235d569a9a464ba654dc9dba250605d53dc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88fc235d569a9a464ba654dc9dba250605d53dc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2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