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深圳市2024年普通高考英语听说考试将于3月10日至11日举行</w:t>
      </w:r>
    </w:p>
    <w:p>
      <w:r>
        <w:rPr>
          <w:sz w:val="18"/>
        </w:rPr>
        <w:t>整理归属  深圳市招生考试办公室</w:t>
      </w:r>
    </w:p>
    <w:p>
      <w:r>
        <w:rPr>
          <w:sz w:val="18"/>
        </w:rPr>
        <w:t>发布日期  2024-03-06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https://szeb.sz.gov.cn/szzkw/zkgg/gkxx/content/post_11177530.html</w:t>
        </w:r>
      </w:hyperlink>
    </w:p>
    <w:p/>
    <w:p>
      <w:r>
        <w:t>英语听说考试是普通高考的重要组成部分，根据广东省教育考试院工作部署，我市2024年普通高考英语听说考试将于3月10日至11日进行。为确保我市普通高考英语听说考试平安顺利实施，市招考办提前组织、督促和协助各考点对各项设备进行检查调试。目前全市56个考点已按考试要求做好准备工作。</w:t>
      </w:r>
    </w:p>
    <w:p>
      <w:r>
        <w:t>3月5日我市召开全市考务工作培训会，会议提出三点要求：一是突出一个“责”字，加强领导抓合力。今年我市较去年新增9个考点，会议要求各区教育行政部门、各学校一定要有责任意识和大局意识，要本着为考生服务、为考生办事的态度，切实加强组织领导、协同配合。二是围绕一个“严”字，勤督严查促落实。要严格按照省市的统一部署和考务管理要求，不折不扣、严格规范地完成各个环节的考试组织管理工作，重点守住“三条线”：试卷安全保密线、考风考纪防范线、考试工作纪律线，全面确保我市普通高考英语听说考试的顺利进行。三是力求一个“稳”字，凝心聚力强保障。2月29日至3月2日，我市组织英语听说模拟考试。各考点用英语听说模拟考试用过的试题对英语听说考试的设备和软件环境、程序、数据进行一次全面检查和测试。市教育局已协调公安、供电、城管、生态环境等部门细化考试保障方案，共同做好今年的英语听说考试工作，确保考试期间考点电力供应正常和无电磁、噪音污染，为考生提供良好的考试环境。</w:t>
      </w:r>
    </w:p>
    <w:p>
      <w:r>
        <w:t>考试温馨提示</w:t>
      </w:r>
    </w:p>
    <w:p>
      <w:r>
        <w:t>考试安全顺利进行离不开各位考生和家长的密切配合，为此，市招考办温馨提示如下：</w:t>
      </w:r>
    </w:p>
    <w:p>
      <w:r>
        <w:t>1.考点于3月9日16：00-17：30向考生开放，考生可根据准考证上的考点名称提前到考点熟悉赴考路线，测算出赴考所需时间以及最佳赴考路线和交通工具。</w:t>
      </w:r>
    </w:p>
    <w:p>
      <w:r>
        <w:t>2.考生凭准考证、身份证按规定时间进入考点候考室，上午、下午时段的考生分别于8:00前和14:00前进场完毕，并在有关表格上签到；考前十五分钟，考生开始进入考场。</w:t>
      </w:r>
    </w:p>
    <w:p>
      <w:r>
        <w:t>3.每个时段开考前15分钟，禁止迟到考生进入考试场所（含候考室、备考室、考场）。考试结束后，考生方可出场，考试中途不准离开考场。出场后，考生不准在考试考场附近逗留或交谈。</w:t>
      </w:r>
    </w:p>
    <w:p>
      <w:r>
        <w:t>4.考生须在指定的候考室候考，不准随便进出，不得与已考考生接触，否则按考试违纪处理。</w:t>
      </w:r>
    </w:p>
    <w:p>
      <w:r>
        <w:t>5.考生进入候考室时，要配合监考员使用金属探测仪检查是否携带违禁物品。考生可携带钢笔或铅笔，严禁携带无线通讯工具、电子存储记忆录放设备以及学习资料等物品进入考试场所。</w:t>
      </w:r>
    </w:p>
    <w:p>
      <w:r>
        <w:t>特别提醒:根据《国家教育考试违规处理办法》（教育部第33号令），考生携带具有发送或者接收信息功能的设备，无论使用与否，将被取消各科考试成绩。</w:t>
      </w:r>
    </w:p>
    <w:p>
      <w:r>
        <w:t>6.考生进入备考室时，监考员将使用人脸识别验证设备对考生身份信息进行比对。</w:t>
      </w:r>
    </w:p>
    <w:p>
      <w:r>
        <w:t>7.考生要正确佩戴耳机，耳机话筒距嘴最合适的距离是保持在2cm左右，距离不能太近（小于1cm）,也不能太远（大于5cm），话筒略低于嘴巴，以避免对着麦克风呼吸；不能随意用手触摸麦克风，以免录入噪音；在开始录音提示后才进行答题，不要抢答，以免录音不全而影响评分。</w:t>
      </w:r>
    </w:p>
    <w:p>
      <w:r>
        <w:t>8.开始后，考生不能使用键盘和鼠标，避免死机或退出考试系统。如考生擅自关闭计算机、拔掉网线、拔掉电源，造成停机、数据不能传输，将取消考生英语听说考试资格。</w:t>
      </w:r>
    </w:p>
    <w:p>
      <w:r>
        <w:t>9.考生输入考号后如遇未能进入“等待考试”状态、考试过程中计算机出现死机或不能录音等故障问题，须举手询问，等待监考员和系统管理员处理。涉及试题内容的疑问，考生不得向监考员询问。</w:t>
      </w:r>
    </w:p>
    <w:p>
      <w:r>
        <w:t>10.答题结束后，考生须待监考员回收草稿纸、发出离场指令后，跟随考务员按指定路线离开考场，不得在考试场所附近逗留或交谈。</w:t>
      </w:r>
    </w:p>
    <w:p>
      <w:r>
        <w:t>11.考试期间天气复杂多变，可能出现降温、降雨等天气，请考生密切关注天气变化，如遇降温或降雨等天气，提前做好准备工作，做好安全防范措施，注意赴考安全。</w:t>
      </w:r>
    </w:p>
    <w:p>
      <w:r>
        <w:t>请考生自觉遵守考场纪律，认真备考，诚信应考，祝各位考生取得好成绩！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775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