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港澳高校招收我省高中毕业生报名进行中</w:t>
      </w:r>
    </w:p>
    <w:p>
      <w:r>
        <w:rPr>
          <w:sz w:val="18"/>
        </w:rPr>
        <w:t>整理归属  广东省教育考试院</w:t>
      </w:r>
    </w:p>
    <w:p>
      <w:r>
        <w:rPr>
          <w:sz w:val="18"/>
        </w:rPr>
        <w:t>发布日期  2023-06-02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https://eea.gd.gov.cn/ptgk/content/post_4191302.html</w:t>
        </w:r>
      </w:hyperlink>
    </w:p>
    <w:p/>
    <w:p>
      <w:r>
        <w:t>经教育部同意，2023年香港和澳门特别行政区分别有12所和6所高校单独招收我省高中毕业生。这些香港高校分别是香港大学、香港理工大学、香港科技大学、香港浸会大学、香港岭南大学、香港教育大学、香港都会大学、香港演艺学院、香港树仁大学、东华学院、香港恒生大学和香港高等教育科技学院；澳门高校分别是澳门大学、澳门科技大学、澳门城市大学、澳门理工大学、澳门旅游学院和澳门镜湖护理学院。</w:t>
      </w:r>
    </w:p>
    <w:p>
      <w:r>
        <w:t>目前港澳高校已开始接受考生报名。已报名参加今年我省普通高校招生全国统一考试的考生可登录港澳高校网站查阅高校招生信息，自行按高校公布的途径进行报名，由高校根据本校招生办法择优录取。考生务必按官方公布的途径进行报名，避免遭遇招生诈骗。</w:t>
      </w:r>
    </w:p>
    <w:p>
      <w:r>
        <w:t>值得注意的是，凡被上述12所香港高校录取并经本人确认就读的考生，不再参加内地高校统一录取，省招办不再向其他高校投放已被录取的考生档案。</w:t>
      </w:r>
    </w:p>
    <w:p>
      <w:r>
        <w:t>附件：1.香港高校2023年招收内地本科生一览表</w:t>
      </w:r>
    </w:p>
    <w:p>
      <w:r>
        <w:t>2.澳门高校招生联系及查询方式</w:t>
      </w:r>
    </w:p>
    <w:p>
      <w:pPr>
        <w:pStyle w:val="Heading1"/>
      </w:pPr>
      <w:r>
        <w:t>附件及下载链接</w:t>
      </w:r>
    </w:p>
    <w:p>
      <w:hyperlink r:id="rId11">
        <w:r>
          <w:rPr>
            <w:color w:val="18548A"/>
          </w:rPr>
          <w:t>1.香港高校2023年招收内地本科生一览表</w:t>
        </w:r>
      </w:hyperlink>
    </w:p>
    <w:p>
      <w:r>
        <w:rPr>
          <w:sz w:val="16"/>
        </w:rPr>
        <w:t>https://eea.gd.gov.cn/attachment/0/521/521932/4191302.pdf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91302.html" TargetMode="External"/><Relationship Id="rId11" Type="http://schemas.openxmlformats.org/officeDocument/2006/relationships/hyperlink" Target="https://eea.gd.gov.cn/attachment/0/521/521932/41913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