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广东省2022年普通高考处于报名所在地以外地区考生防疫提醒</w:t>
      </w:r>
    </w:p>
    <w:p>
      <w:r>
        <w:rPr>
          <w:sz w:val="18"/>
        </w:rPr>
        <w:t>整理归属  广东省教育考试院</w:t>
      </w:r>
    </w:p>
    <w:p>
      <w:r>
        <w:rPr>
          <w:sz w:val="18"/>
        </w:rPr>
        <w:t>发布日期  2022-05-09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https://eea.gd.gov.cn/tzgg/content/post_3926749.html</w:t>
        </w:r>
      </w:hyperlink>
    </w:p>
    <w:p/>
    <w:p>
      <w:r>
        <w:t>为落实教育部及我省2022年普通高考组考防疫工作要求，切实保障广大考生的生命安全和身体健康，确保普通高考安全平稳顺利实施，广东省教育考试院郑重提醒目前仍处于报名所在地以外地区（省外或本省外市，下同）的考生，做好高考应试相关准备及疫情防控工作。</w:t>
      </w:r>
    </w:p>
    <w:p>
      <w:r>
        <w:t>1.考生须于5月12日18时前主动向报名所在地市（县、区）招生考试机构（联系电话见附件）报告目前位置状态，在严格遵守防疫要求的前提下，须于5月24日前（高考前14天）返回报名所在地市（地级以上市，下同），并及时向报名所在地招生考试机构报告。</w:t>
      </w:r>
    </w:p>
    <w:p>
      <w:r>
        <w:t>2.考生在外期间及返回报名所在地市后须减少不必要的聚集和跨区流动，做好每日体温测量、记录并进行健康状况监测。从高考前14天到高考结束前，应减少外出，原则上不再跨地区流动。</w:t>
      </w:r>
    </w:p>
    <w:p>
      <w:r>
        <w:t>3.考生和家长应保持高考报名时绑定的手机号码畅通，与报名所在地招生考试机构保持密切联系。</w:t>
      </w:r>
    </w:p>
    <w:p>
      <w:r>
        <w:t>4.考生因疫情（被隔离或封控、管控）等特殊困难无法按要求返回报名所在地市的，须提前向报名所在地招生考试机构报告。</w:t>
      </w:r>
    </w:p>
    <w:p>
      <w:r>
        <w:t>5.由于考生个人原因，未主动报告目前状态、信息造假、拒绝配合报名所在地招生考试机构完成信息摸排，导致不能按时参加高考的后果由考生本人承担。</w:t>
      </w:r>
    </w:p>
    <w:p>
      <w:r>
        <w:t>广东省教育考试院</w:t>
      </w:r>
    </w:p>
    <w:p>
      <w:r>
        <w:t>2022年5月9日</w:t>
      </w:r>
    </w:p>
    <w:p>
      <w:r>
        <w:t>普通高考处于报名所在地以外地区考生摸排信息咨询、报告电话</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信息咨询、报告电话</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荔湾区：020-81930048</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越秀区：020-87678002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海珠区：020-84472554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天河区：020-38622793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白云区：020-86376815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黄埔区：020-82509736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番禺区：020-39261113，18102733151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花都区：020-36898748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南沙区：020-39050023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从化区：020-87930461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增城区：020-82748666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0751-8899968</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0756-2124373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汕头市：0754-88863455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金平区：0754-88634223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龙湖区：0754-88831116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濠江区：0754-87398767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澄海区：0754-85856201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潮阳区：0754-88721963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潮南区：0754-87795463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南澳县：0754-86804863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禅城区：0757-82341153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南海区：0757-86332355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顺德区：0757-22835789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三水区：0757-87733304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高明区：0757-88282386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市区、蓬江、江海：0750-3503935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新会区：0750-6623087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台山市：0750-5520360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开平市：0750-2289310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鹤山市：0750-8938607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恩平市：0750-7725215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0759-3339667</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茂名市：0668-2277554</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茂南区：0668-2816977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电白区：0668-5120473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信宜市：0668-8812609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高州市：0668-6663900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化州市：0668-7231833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滨海新区：0668-5222820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0758一2843139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惠城区：0752-2397288</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惠阳区：0752-3826191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惠东县：0752-8822227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博罗县：0752-6623534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龙门县：0752-7780599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大亚湾区：0752-5562163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仲恺区：0752-2609843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梅州市：0753-2180859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梅江区：0753-2196833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梅县区：0753-2589571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大埔县：0753-5522293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丰顺县：0753-6633613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五华县：0753-4433319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平远县：0753-8891280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蕉岭县：0753-7877617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兴宁市：0753-6105381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0762-3386089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0763-3363583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267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