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关于领取2018年下半年自考毕业证书的通知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2019-04-17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https://szeb.sz.gov.cn/szzkw/zkgg/zkxx1/content/post_8949715.html</w:t>
        </w:r>
      </w:hyperlink>
    </w:p>
    <w:p/>
    <w:p>
      <w:r>
        <w:t>有关考生：</w:t>
      </w:r>
    </w:p>
    <w:p>
      <w:r>
        <w:t>根据省教育考试院工作安排，2018年下半年省自考毕业审核工作已经结束，我市共有4859名考生获得大学本、专科文凭。现将本次领取毕业证书有关事项安排通知如下：</w:t>
      </w:r>
    </w:p>
    <w:p>
      <w:r>
        <w:t>一、领证时间</w:t>
      </w:r>
    </w:p>
    <w:p>
      <w:r>
        <w:t>4月20日至21日（周六、日），上午9:00-12:00，下午2:00-6:00。</w:t>
      </w:r>
    </w:p>
    <w:p>
      <w:r>
        <w:t>二、领证地点</w:t>
      </w:r>
    </w:p>
    <w:p>
      <w:r>
        <w:t>深圳市招生考试办公室一楼大堂,地址：罗湖区泥岗西路1068号,联系电话：82181999。</w:t>
      </w:r>
    </w:p>
    <w:p>
      <w:r>
        <w:t>三、领证条件</w:t>
      </w:r>
    </w:p>
    <w:p>
      <w:r>
        <w:t>毕业证书需由考生本人凭身份证原件、准考证原件、毕业生档案号及办理毕业证的回执领取；如确实需要委托他人代领的，除提供考生本人的身份证原件、准考证原件、毕业生档案号及办理毕业证的回执外，还需出示经公证的代领委托书及代领人的有效身份证件原件。</w:t>
      </w:r>
    </w:p>
    <w:p>
      <w:r>
        <w:t>四、注意事项</w:t>
      </w:r>
    </w:p>
    <w:p>
      <w:r>
        <w:t>（一）在2018年12月办理了毕业手续的考生，可通过“深圳招考网”（网址：http://zkb.sz.gov.cn）查询审核结果。如通过审核，请考生记下自己的毕业生档案号，并在领证时出示该档案号。</w:t>
      </w:r>
    </w:p>
    <w:p>
      <w:r>
        <w:t>（二）根据教育部有关规定，自学考试毕业证书只制发一次，遗失不补。如领取毕业证书后发生遗失、损坏、被盗等，一切责任均由考生本人和代领者承担。</w:t>
      </w:r>
    </w:p>
    <w:p>
      <w:r>
        <w:t>（三）未在规定时间领取毕业证的考生，可以在工作时间到我办服务窗口领取，领证条件同上。</w:t>
      </w:r>
    </w:p>
    <w:p>
      <w:r>
        <w:t>（四）在助学单位接受培训并提交办理毕业手续资料的学员，毕业证书由助学单位集中发放，请考生直接与所在助学单位联系。集中发放毕业证书的助学单位如下：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799" cy="42947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f4df3e66ec928bd0c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294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</w:t>
      </w:r>
    </w:p>
    <w:p>
      <w:r>
        <w:t>2019年4月17日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15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