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c5a670421dfe3789356cb92add3779be9ad39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c5a670421dfe3789356cb92add3779be9ad39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