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d3607df0d4cda9b56109a9da75d1aa0b3d292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d3607df0d4cda9b56109a9da75d1aa0b3d292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