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349398290ad2c97d9727d41ad8b5bdaf2579a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349398290ad2c97d9727d41ad8b5bdaf2579a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