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省考办关于高等教育自学考试部分停考专业毕业办理时间的公告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2021-06-11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https://szeb.sz.gov.cn/szzkw/zkgg/zkxx1/content/post_8949621.html</w:t>
        </w:r>
      </w:hyperlink>
    </w:p>
    <w:p/>
    <w:p>
      <w:r>
        <w:t>根据《关于广东省高等教育自学考试专业调整有关事项的通知》（粤考委〔2018〕1号）的相关规定，数控技术应用（专业代码：A080744）等8个自学考试停考专业（含新专业名称）的毕业手续办理至2021年6月截止，具体内容见附件。</w:t>
      </w:r>
    </w:p>
    <w:p>
      <w:r>
        <w:t>附件：省考办关于高等教育自学考试部分停考专业毕业办理时间的公告</w:t>
      </w:r>
    </w:p>
    <w:p>
      <w:r>
        <w:t>来源：广东省自学考试委员会办公室</w:t>
      </w:r>
    </w:p>
    <w:p>
      <w:r>
        <w:drawing>
          <wp:inline xmlns:a="http://schemas.openxmlformats.org/drawingml/2006/main" xmlns:pic="http://schemas.openxmlformats.org/drawingml/2006/picture">
            <wp:extent cx="6400800" cy="79196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7191a86b6d2a724054b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91963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21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