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2022年中考英语听说考试、体育考试防疫要求温馨提示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2022-04-29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https://szeb.sz.gov.cn/szzkw/zkgg/zkxx/content/post_9748076.html</w:t>
        </w:r>
      </w:hyperlink>
    </w:p>
    <w:p/>
    <w:p>
      <w:r>
        <w:t>我市2022年中考英语听说考试将于5月14日至15日举行，中考体育考试将于5月16日至30日举行。为切实做好疫情防控常态化工作，4月30日起所有考生须申报粤康码并进行至少连续14天健康监测。</w:t>
      </w:r>
    </w:p>
    <w:p>
      <w:r>
        <w:t>一、持续关注健康码状态</w:t>
      </w:r>
    </w:p>
    <w:p>
      <w:r>
        <w:t>考生须再次检查自身健康码申报情况，并持续关注其状态，社会考生由各社会报名点负责引导申报健康码。未申报健康码的考生不予发放准考证，不得参加考试。</w:t>
      </w:r>
    </w:p>
    <w:p>
      <w:r>
        <w:t>二、开展考前健康状况监测</w:t>
      </w:r>
    </w:p>
    <w:p>
      <w:r>
        <w:t>从4月30日考试，所有考生和考试工作人员须进行连续14天健康监测。监测期间凡出现发热、干咳、乏力、嗅觉味觉减退、鼻塞、流涕、咽痛、结膜炎、肌痛和腹泻等症状的，应及时就医并报告。</w:t>
      </w:r>
    </w:p>
    <w:p>
      <w:r>
        <w:t>我市在校初三考生的健康监测信息由所在初中学校统一申报，实行每日“零报告”和“异常报告”制度。</w:t>
      </w:r>
    </w:p>
    <w:p>
      <w:r>
        <w:t>社会类考生健康监测信息实行自主上报，由考生本人（或亲属代替）每天16:00前通过“深圳市招生考试办公室”微信公众号的“考生服务-健康申报”功能上报。</w:t>
      </w:r>
    </w:p>
    <w:p>
      <w:r>
        <w:t>三、做好假期疫情防控</w:t>
      </w:r>
    </w:p>
    <w:p>
      <w:r>
        <w:t>请广大考生及家长自觉遵守疫情防控各项规定，加强个人卫生防护，坚持戴口罩、勤洗手、常清洁、用公筷公勺等良好生活习惯，注意锻炼身体强度，避免发生运动损伤。考生要自觉按规定进行健康监测，如身体出现异常，要及时告知家长，及时就诊。</w:t>
      </w:r>
    </w:p>
    <w:p>
      <w:r>
        <w:t>外地返深的考生应提前了解深圳市最新出行疫情政策，特别是目前高风险地区（含境内外）、中风险地区、高风险地区所在县（市、区）、有社区暴发疫情的地市、有明显社区传播的地市的考生，应提前返深并预留足够时间以执行我市疫情隔离防疫政策，以免耽误考试。</w:t>
      </w:r>
    </w:p>
    <w:p>
      <w:r>
        <w:t>五一假期即将来临，为降低疫情传播风险，考生及家长应减少外出和聚集，避免前往中高风险地区，建议考生及家长就地过节，营造健康安全的考试环境。</w:t>
      </w:r>
    </w:p>
    <w:p>
      <w:r>
        <w:t>四、提前准备考前核酸检测</w:t>
      </w:r>
    </w:p>
    <w:p>
      <w:r>
        <w:t>根据考试防疫要求，在校考生进入考点时应提供本人及同住人员考前24小时内的核酸检测阴性证明（或核酸采样记录），社会类考生（在社会报名点报名的考生）应提供本人及同住人员考前三天三检（每日一检）核酸检测阴性证明（或考前72小时、考前48小时的核酸检测阴性证明和考前24小时的核酸采样记录），所有考生均应在入场时提交《健康考试承诺书》。在校考生的证明材料由所在初中学校统一核验。社会类考生的证明材料由所属社会报名点统一核验。</w:t>
      </w:r>
    </w:p>
    <w:p>
      <w:r>
        <w:t>请广大考生和家长根据考试时间安排，参加学校统一组织的核酸采样，或自行前往核酸检测点进行采样。</w:t>
      </w:r>
    </w:p>
    <w:p>
      <w:r>
        <w:t>深圳市2022年中考考生健康承诺书.docx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深圳市2022年中考考生健康承诺书.docx</w:t>
        </w:r>
      </w:hyperlink>
    </w:p>
    <w:p>
      <w:r>
        <w:rPr>
          <w:sz w:val="16"/>
        </w:rPr>
        <w:t>https://szeb.sz.gov.cn/attachment/0/971/971752/9748076.docx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9748076.html" TargetMode="External"/><Relationship Id="rId11" Type="http://schemas.openxmlformats.org/officeDocument/2006/relationships/hyperlink" Target="https://szeb.sz.gov.cn/attachment/0/971/971752/9748076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