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2018年民办普高自主招生学校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2018-07-30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https://szeb.sz.gov.cn/szzkw/zkgg/zkxx/content/post_8946151.html</w:t>
        </w:r>
      </w:hyperlink>
    </w:p>
    <w:p/>
    <w:p>
      <w:r>
        <w:t>按照《深圳市教育局关于做好2018年民办普高自主招生工作的通知》（深教函〔2018〕753号）要求，民办普高进行自主招生期间，要严格遵守我市招生工作纪律，实事求是地进行招生宣传（以经过备案的学校招生简介为准），让考生准确了解本校的办学情况、自主招生程序、录取标准、收费标准、住宿情况等，不得进行虚假宣传，不得误导考生，不得违背考生意愿强迫或变相强迫考生报考，不得以报名费、择校费等名义进行乱收费，不得超出规定的招生计划、招生范围进行招生。民办普高自主招生对象为参加了2018年我市中考，尚未被我市高中阶段学校录取的考生。</w:t>
      </w:r>
    </w:p>
    <w:p>
      <w:r>
        <w:t>市招考办高中招生录取咨询投诉电话：82181999；电子邮箱：szzb-zk@sz.edu.cn。欢迎广大考生、家长、社会各界对招生录取工作进行监督。</w:t>
      </w:r>
    </w:p>
    <w:p>
      <w:r>
        <w:drawing>
          <wp:inline xmlns:a="http://schemas.openxmlformats.org/drawingml/2006/main" xmlns:pic="http://schemas.openxmlformats.org/drawingml/2006/picture">
            <wp:extent cx="6400800" cy="769457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26f6a46bc46b8dc65dd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694579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8946151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